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86D89" w14:textId="77777777" w:rsidR="00F6149E" w:rsidRPr="00014152" w:rsidRDefault="00000000">
      <w:pPr>
        <w:jc w:val="center"/>
        <w:rPr>
          <w:rFonts w:ascii="Aptos" w:hAnsi="Aptos"/>
        </w:rPr>
      </w:pPr>
      <w:r w:rsidRPr="00014152">
        <w:rPr>
          <w:rFonts w:ascii="Aptos" w:hAnsi="Aptos"/>
          <w:noProof/>
        </w:rPr>
        <w:drawing>
          <wp:inline distT="0" distB="0" distL="0" distR="0" wp14:anchorId="4757DD96" wp14:editId="10DC90F9">
            <wp:extent cx="1234440" cy="5940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wmcwc_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EDC0B" w14:textId="77777777" w:rsidR="00F6149E" w:rsidRPr="00014152" w:rsidRDefault="00000000">
      <w:pPr>
        <w:jc w:val="center"/>
        <w:rPr>
          <w:rFonts w:ascii="Aptos" w:hAnsi="Aptos"/>
        </w:rPr>
      </w:pPr>
      <w:r w:rsidRPr="00014152">
        <w:rPr>
          <w:rFonts w:ascii="Aptos" w:hAnsi="Aptos"/>
          <w:b/>
          <w:sz w:val="24"/>
        </w:rPr>
        <w:t>North West Mull Community Woodland Company Ltd</w:t>
      </w:r>
      <w:r w:rsidRPr="00014152">
        <w:rPr>
          <w:rFonts w:ascii="Aptos" w:hAnsi="Aptos"/>
          <w:b/>
          <w:sz w:val="24"/>
        </w:rPr>
        <w:br/>
      </w:r>
      <w:r w:rsidRPr="00014152">
        <w:rPr>
          <w:rFonts w:ascii="Aptos" w:hAnsi="Aptos"/>
          <w:sz w:val="20"/>
        </w:rPr>
        <w:t>Company No. 287343 | Charity No. SCO37336</w:t>
      </w:r>
      <w:r w:rsidRPr="00014152">
        <w:rPr>
          <w:rFonts w:ascii="Aptos" w:hAnsi="Aptos"/>
          <w:sz w:val="20"/>
        </w:rPr>
        <w:br/>
        <w:t>Vat Registration No. 976 552671</w:t>
      </w:r>
    </w:p>
    <w:p w14:paraId="54DC391C" w14:textId="77777777" w:rsidR="00F6149E" w:rsidRPr="00014152" w:rsidRDefault="00F6149E">
      <w:pPr>
        <w:rPr>
          <w:rFonts w:ascii="Aptos" w:hAnsi="Aptos"/>
        </w:rPr>
      </w:pPr>
    </w:p>
    <w:p w14:paraId="1F87B9F9" w14:textId="77777777" w:rsidR="00F6149E" w:rsidRPr="00014152" w:rsidRDefault="00000000">
      <w:pPr>
        <w:jc w:val="center"/>
        <w:rPr>
          <w:rFonts w:ascii="Aptos" w:hAnsi="Aptos"/>
        </w:rPr>
      </w:pPr>
      <w:r w:rsidRPr="00014152">
        <w:rPr>
          <w:rFonts w:ascii="Aptos" w:hAnsi="Aptos"/>
          <w:b/>
          <w:color w:val="15606E"/>
          <w:sz w:val="48"/>
        </w:rPr>
        <w:t>Tender Submission Form</w:t>
      </w:r>
    </w:p>
    <w:p w14:paraId="34F644EC" w14:textId="77777777" w:rsidR="00F6149E" w:rsidRPr="00014152" w:rsidRDefault="00000000">
      <w:pPr>
        <w:jc w:val="center"/>
        <w:rPr>
          <w:rFonts w:ascii="Aptos" w:hAnsi="Aptos"/>
        </w:rPr>
      </w:pPr>
      <w:r w:rsidRPr="00014152">
        <w:rPr>
          <w:rFonts w:ascii="Aptos" w:hAnsi="Aptos"/>
          <w:sz w:val="36"/>
        </w:rPr>
        <w:t>Deer Management Services</w:t>
      </w:r>
    </w:p>
    <w:p w14:paraId="66BEE5CD" w14:textId="77777777" w:rsidR="00F6149E" w:rsidRPr="00014152" w:rsidRDefault="00000000">
      <w:pPr>
        <w:jc w:val="center"/>
        <w:rPr>
          <w:rFonts w:ascii="Aptos" w:hAnsi="Aptos"/>
        </w:rPr>
      </w:pPr>
      <w:r w:rsidRPr="00014152">
        <w:rPr>
          <w:rFonts w:ascii="Aptos" w:hAnsi="Aptos"/>
          <w:sz w:val="32"/>
        </w:rPr>
        <w:t>Isle of Ulva and north west Mull</w:t>
      </w:r>
    </w:p>
    <w:p w14:paraId="4482E208" w14:textId="77777777" w:rsidR="00F6149E" w:rsidRPr="00014152" w:rsidRDefault="00F6149E">
      <w:pPr>
        <w:rPr>
          <w:rFonts w:ascii="Aptos" w:hAnsi="Aptos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192"/>
      </w:tblGrid>
      <w:tr w:rsidR="00F6149E" w:rsidRPr="00014152" w14:paraId="5879FF5F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6C2630B5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Lots available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0278DDD" w14:textId="5FDEBECB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Lot 1: Isle of Ulva</w:t>
            </w:r>
            <w:r w:rsidRPr="00014152">
              <w:rPr>
                <w:rFonts w:ascii="Aptos" w:hAnsi="Aptos"/>
                <w:sz w:val="19"/>
              </w:rPr>
              <w:br/>
              <w:t xml:space="preserve">Lot 2: north west Mull - </w:t>
            </w:r>
            <w:proofErr w:type="spellStart"/>
            <w:r w:rsidRPr="00014152">
              <w:rPr>
                <w:rFonts w:ascii="Aptos" w:hAnsi="Aptos"/>
                <w:sz w:val="19"/>
              </w:rPr>
              <w:t>Langamull</w:t>
            </w:r>
            <w:proofErr w:type="spellEnd"/>
            <w:r w:rsidRPr="00014152">
              <w:rPr>
                <w:rFonts w:ascii="Aptos" w:hAnsi="Aptos"/>
                <w:sz w:val="19"/>
              </w:rPr>
              <w:t xml:space="preserve"> </w:t>
            </w:r>
            <w:r w:rsidR="007B3DD4">
              <w:rPr>
                <w:rFonts w:ascii="Aptos" w:hAnsi="Aptos"/>
                <w:sz w:val="19"/>
              </w:rPr>
              <w:t>Woodland</w:t>
            </w:r>
            <w:r w:rsidR="001F5D65">
              <w:rPr>
                <w:rFonts w:ascii="Aptos" w:hAnsi="Aptos"/>
                <w:sz w:val="19"/>
              </w:rPr>
              <w:t>s</w:t>
            </w:r>
            <w:r w:rsidR="007B3DD4">
              <w:rPr>
                <w:rFonts w:ascii="Aptos" w:hAnsi="Aptos"/>
                <w:sz w:val="19"/>
              </w:rPr>
              <w:t xml:space="preserve"> </w:t>
            </w:r>
            <w:r w:rsidRPr="00014152">
              <w:rPr>
                <w:rFonts w:ascii="Aptos" w:hAnsi="Aptos"/>
                <w:sz w:val="19"/>
              </w:rPr>
              <w:t xml:space="preserve">and West </w:t>
            </w:r>
            <w:proofErr w:type="spellStart"/>
            <w:r w:rsidRPr="00014152">
              <w:rPr>
                <w:rFonts w:ascii="Aptos" w:hAnsi="Aptos"/>
                <w:sz w:val="19"/>
              </w:rPr>
              <w:t>Ardhu</w:t>
            </w:r>
            <w:proofErr w:type="spellEnd"/>
          </w:p>
        </w:tc>
      </w:tr>
      <w:tr w:rsidR="00F6149E" w:rsidRPr="00014152" w14:paraId="76612A96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5B46C02B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Tender issue date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4471799" w14:textId="4D73ED1C" w:rsidR="00F6149E" w:rsidRPr="00014152" w:rsidRDefault="001F48B1">
            <w:pPr>
              <w:spacing w:after="40"/>
              <w:rPr>
                <w:rFonts w:ascii="Aptos" w:hAnsi="Aptos"/>
              </w:rPr>
            </w:pPr>
            <w:r>
              <w:rPr>
                <w:rFonts w:ascii="Aptos" w:hAnsi="Aptos"/>
                <w:sz w:val="19"/>
              </w:rPr>
              <w:t>13</w:t>
            </w:r>
            <w:r w:rsidRPr="001F48B1">
              <w:rPr>
                <w:rFonts w:ascii="Aptos" w:hAnsi="Aptos"/>
                <w:sz w:val="19"/>
                <w:vertAlign w:val="superscript"/>
              </w:rPr>
              <w:t>th</w:t>
            </w:r>
            <w:r w:rsidR="00000000" w:rsidRPr="00014152">
              <w:rPr>
                <w:rFonts w:ascii="Aptos" w:hAnsi="Aptos"/>
                <w:sz w:val="19"/>
              </w:rPr>
              <w:t xml:space="preserve"> August 2026</w:t>
            </w:r>
          </w:p>
        </w:tc>
      </w:tr>
      <w:tr w:rsidR="00F6149E" w:rsidRPr="00014152" w14:paraId="5F7C4DAE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08ABACD0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Submission deadline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D1165D4" w14:textId="4E9672C0" w:rsidR="00F6149E" w:rsidRPr="00014152" w:rsidRDefault="001F48B1">
            <w:pPr>
              <w:spacing w:after="40"/>
              <w:rPr>
                <w:rFonts w:ascii="Aptos" w:hAnsi="Aptos"/>
              </w:rPr>
            </w:pPr>
            <w:r>
              <w:rPr>
                <w:rFonts w:ascii="Aptos" w:hAnsi="Aptos"/>
                <w:sz w:val="19"/>
              </w:rPr>
              <w:t>4</w:t>
            </w:r>
            <w:r w:rsidRPr="001F48B1">
              <w:rPr>
                <w:rFonts w:ascii="Aptos" w:hAnsi="Aptos"/>
                <w:sz w:val="19"/>
                <w:vertAlign w:val="superscript"/>
              </w:rPr>
              <w:t>th</w:t>
            </w:r>
            <w:r>
              <w:rPr>
                <w:rFonts w:ascii="Aptos" w:hAnsi="Aptos"/>
                <w:sz w:val="19"/>
              </w:rPr>
              <w:t xml:space="preserve"> September </w:t>
            </w:r>
            <w:r w:rsidR="00000000" w:rsidRPr="00014152">
              <w:rPr>
                <w:rFonts w:ascii="Aptos" w:hAnsi="Aptos"/>
                <w:sz w:val="19"/>
              </w:rPr>
              <w:t>2026</w:t>
            </w:r>
          </w:p>
        </w:tc>
      </w:tr>
      <w:tr w:rsidR="00F6149E" w:rsidRPr="00014152" w14:paraId="07D9CD00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3EBCF9FB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Expected contract start date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2CEEFFE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Early October 2026</w:t>
            </w:r>
          </w:p>
        </w:tc>
      </w:tr>
      <w:tr w:rsidR="00F6149E" w:rsidRPr="00014152" w14:paraId="7D8C6A0A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499A37DD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Return completed form to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C5E0256" w14:textId="68B10689" w:rsidR="00F6149E" w:rsidRPr="00014152" w:rsidRDefault="00CF53AF">
            <w:pPr>
              <w:spacing w:after="40"/>
              <w:rPr>
                <w:rFonts w:ascii="Aptos" w:hAnsi="Aptos"/>
              </w:rPr>
            </w:pPr>
            <w:hyperlink r:id="rId9" w:history="1">
              <w:r w:rsidRPr="00014152">
                <w:rPr>
                  <w:rStyle w:val="Hyperlink"/>
                  <w:rFonts w:ascii="Aptos" w:hAnsi="Aptos"/>
                  <w:sz w:val="19"/>
                </w:rPr>
                <w:t>admin@nwmullwoodland.co.uk</w:t>
              </w:r>
            </w:hyperlink>
            <w:r w:rsidRPr="00014152">
              <w:rPr>
                <w:rFonts w:ascii="Aptos" w:hAnsi="Aptos"/>
                <w:sz w:val="19"/>
              </w:rPr>
              <w:t xml:space="preserve"> </w:t>
            </w:r>
          </w:p>
        </w:tc>
      </w:tr>
    </w:tbl>
    <w:p w14:paraId="0ECD08CF" w14:textId="77777777" w:rsidR="00F6149E" w:rsidRPr="00014152" w:rsidRDefault="00F6149E">
      <w:pPr>
        <w:rPr>
          <w:rFonts w:ascii="Aptos" w:hAnsi="Aptos"/>
        </w:rPr>
      </w:pPr>
    </w:p>
    <w:p w14:paraId="6AD79462" w14:textId="479F75E8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i/>
          <w:color w:val="5A5A5A"/>
          <w:sz w:val="18"/>
        </w:rPr>
        <w:t>Please complete this form and return it by email</w:t>
      </w:r>
      <w:r w:rsidR="00645F9D">
        <w:rPr>
          <w:rFonts w:ascii="Aptos" w:hAnsi="Aptos"/>
          <w:i/>
          <w:color w:val="5A5A5A"/>
          <w:sz w:val="18"/>
        </w:rPr>
        <w:t xml:space="preserve"> to </w:t>
      </w:r>
      <w:hyperlink r:id="rId10" w:history="1">
        <w:r w:rsidR="00645F9D" w:rsidRPr="005B67C6">
          <w:rPr>
            <w:rStyle w:val="Hyperlink"/>
            <w:rFonts w:ascii="Aptos" w:hAnsi="Aptos"/>
            <w:i/>
            <w:sz w:val="18"/>
          </w:rPr>
          <w:t>admin@nwmullwoodland.co.uk</w:t>
        </w:r>
      </w:hyperlink>
      <w:r w:rsidR="00645F9D">
        <w:rPr>
          <w:rFonts w:ascii="Aptos" w:hAnsi="Aptos"/>
          <w:i/>
          <w:color w:val="5A5A5A"/>
          <w:sz w:val="18"/>
        </w:rPr>
        <w:t>.</w:t>
      </w:r>
      <w:r w:rsidRPr="00014152">
        <w:rPr>
          <w:rFonts w:ascii="Aptos" w:hAnsi="Aptos"/>
          <w:i/>
          <w:color w:val="5A5A5A"/>
          <w:sz w:val="18"/>
        </w:rPr>
        <w:t xml:space="preserve"> Tenderers </w:t>
      </w:r>
      <w:r w:rsidR="004A706A">
        <w:rPr>
          <w:rFonts w:ascii="Aptos" w:hAnsi="Aptos"/>
          <w:i/>
          <w:color w:val="5A5A5A"/>
          <w:sz w:val="18"/>
        </w:rPr>
        <w:t>may</w:t>
      </w:r>
      <w:r w:rsidRPr="00014152">
        <w:rPr>
          <w:rFonts w:ascii="Aptos" w:hAnsi="Aptos"/>
          <w:i/>
          <w:color w:val="5A5A5A"/>
          <w:sz w:val="18"/>
        </w:rPr>
        <w:t xml:space="preserve"> attach supporting documents, but should still complete each relevant section so bids can be assessed on the same basis.</w:t>
      </w:r>
    </w:p>
    <w:p w14:paraId="6B6473BA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07B897CA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1. Tenderer Details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192"/>
      </w:tblGrid>
      <w:tr w:rsidR="00F6149E" w:rsidRPr="00014152" w14:paraId="56ECEECE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4FA3E58A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Name of contractor / business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DA9D212" w14:textId="1980AEF4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56409795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B729D7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  <w:r w:rsidR="00AC38CA" w:rsidRPr="00014152">
              <w:rPr>
                <w:rFonts w:ascii="Aptos" w:hAnsi="Aptos"/>
                <w:sz w:val="19"/>
              </w:rPr>
              <w:fldChar w:fldCharType="begin"/>
            </w:r>
            <w:r w:rsidR="00AC38CA" w:rsidRPr="00014152">
              <w:rPr>
                <w:rFonts w:ascii="Aptos" w:hAnsi="Aptos"/>
                <w:sz w:val="19"/>
              </w:rPr>
              <w:instrText xml:space="preserve"> USERADDRESS  \* Upper  \* MERGEFORMAT </w:instrText>
            </w:r>
            <w:r w:rsidR="00AC38CA" w:rsidRPr="00014152">
              <w:rPr>
                <w:rFonts w:ascii="Aptos" w:hAnsi="Aptos"/>
                <w:sz w:val="19"/>
              </w:rPr>
              <w:fldChar w:fldCharType="end"/>
            </w:r>
          </w:p>
        </w:tc>
      </w:tr>
      <w:tr w:rsidR="00F6149E" w:rsidRPr="00014152" w14:paraId="016A559A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5A922EC0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Trading name, if different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5185464" w14:textId="4B857327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201335813"/>
                <w:placeholder>
                  <w:docPart w:val="1322EC402F1C41C6A3B41AFD80F0A77C"/>
                </w:placeholder>
                <w:showingPlcHdr/>
                <w:text/>
              </w:sdtPr>
              <w:sdtContent>
                <w:r w:rsidR="00B729D7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F6149E" w:rsidRPr="00014152" w14:paraId="7FF48588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67629D2E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Company number, if applicable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D34DC4E" w14:textId="3EB907B6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466435044"/>
                <w:placeholder>
                  <w:docPart w:val="10709AAC70034335B8B0C43D4A18E582"/>
                </w:placeholder>
                <w:showingPlcHdr/>
                <w:text/>
              </w:sdtPr>
              <w:sdtContent>
                <w:r w:rsidR="00B729D7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F6149E" w:rsidRPr="00014152" w14:paraId="797CCBEA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62B3B382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VAT registered?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81809D" w14:textId="483509FC" w:rsidR="00B165C3" w:rsidRPr="00014152" w:rsidRDefault="00000000">
            <w:pPr>
              <w:spacing w:after="40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30104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5C3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B165C3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92980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5C3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B165C3" w:rsidRPr="00014152">
              <w:rPr>
                <w:rFonts w:ascii="Aptos" w:hAnsi="Aptos"/>
                <w:sz w:val="19"/>
              </w:rPr>
              <w:t xml:space="preserve"> No</w:t>
            </w:r>
          </w:p>
          <w:p w14:paraId="22FA5ADE" w14:textId="3B98E929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VAT number, if applicable:</w:t>
            </w:r>
            <w:r w:rsidR="00FC6D78" w:rsidRPr="00014152">
              <w:rPr>
                <w:rFonts w:ascii="Aptos" w:hAnsi="Aptos"/>
                <w:sz w:val="19"/>
              </w:rPr>
              <w:t xml:space="preserve"> </w:t>
            </w:r>
          </w:p>
        </w:tc>
      </w:tr>
      <w:tr w:rsidR="00F6149E" w:rsidRPr="00014152" w14:paraId="2259B98C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43A7C4F9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Main contact name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63C4CC4" w14:textId="6B9316FC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959925114"/>
                <w:placeholder>
                  <w:docPart w:val="005D77D4BC9D47819BD335207FABF193"/>
                </w:placeholder>
                <w:showingPlcHdr/>
                <w:text/>
              </w:sdtPr>
              <w:sdtContent>
                <w:r w:rsidR="00B729D7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B729D7" w:rsidRPr="00014152" w14:paraId="12090267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672FE821" w14:textId="77777777" w:rsidR="00B729D7" w:rsidRPr="00014152" w:rsidRDefault="00B729D7" w:rsidP="00B729D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Email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3E923A3" w14:textId="1E901D63" w:rsidR="00B729D7" w:rsidRPr="00014152" w:rsidRDefault="00000000" w:rsidP="00B729D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390919054"/>
                <w:placeholder>
                  <w:docPart w:val="C99846FE53EF453FAF0B6506622107FC"/>
                </w:placeholder>
                <w:showingPlcHdr/>
                <w:text/>
              </w:sdtPr>
              <w:sdtContent>
                <w:r w:rsidR="00B729D7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B729D7" w:rsidRPr="00014152" w14:paraId="03A94DB7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7EADE941" w14:textId="77777777" w:rsidR="00B729D7" w:rsidRPr="00014152" w:rsidRDefault="00B729D7" w:rsidP="00B729D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Telephone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0DA5986" w14:textId="58038D8B" w:rsidR="00B729D7" w:rsidRPr="00014152" w:rsidRDefault="00000000" w:rsidP="00B729D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321588453"/>
                <w:placeholder>
                  <w:docPart w:val="060722ADFC0C4557BA2DA2B321579ECA"/>
                </w:placeholder>
                <w:showingPlcHdr/>
                <w:text/>
              </w:sdtPr>
              <w:sdtContent>
                <w:r w:rsidR="00B729D7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B729D7" w:rsidRPr="00014152" w14:paraId="36AB7AAA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1117057A" w14:textId="38AA2751" w:rsidR="00B729D7" w:rsidRPr="00014152" w:rsidRDefault="004A706A" w:rsidP="00B729D7">
            <w:pPr>
              <w:spacing w:after="40"/>
              <w:rPr>
                <w:rFonts w:ascii="Aptos" w:hAnsi="Aptos"/>
              </w:rPr>
            </w:pPr>
            <w:r>
              <w:rPr>
                <w:rFonts w:ascii="Aptos" w:hAnsi="Aptos"/>
                <w:sz w:val="19"/>
              </w:rPr>
              <w:t>A</w:t>
            </w:r>
            <w:r w:rsidR="00B729D7" w:rsidRPr="00014152">
              <w:rPr>
                <w:rFonts w:ascii="Aptos" w:hAnsi="Aptos"/>
                <w:sz w:val="19"/>
              </w:rPr>
              <w:t>ddress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B39E24D" w14:textId="743F92E4" w:rsidR="00B729D7" w:rsidRPr="00014152" w:rsidRDefault="00000000" w:rsidP="00B729D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571396489"/>
                <w:placeholder>
                  <w:docPart w:val="EF42AA5C628545FFB3341AF0DCDB3921"/>
                </w:placeholder>
                <w:showingPlcHdr/>
                <w:text/>
              </w:sdtPr>
              <w:sdtContent>
                <w:r w:rsidR="00B729D7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B729D7" w:rsidRPr="00014152" w14:paraId="49BC0839" w14:textId="77777777">
        <w:trPr>
          <w:jc w:val="center"/>
        </w:trPr>
        <w:tc>
          <w:tcPr>
            <w:tcW w:w="31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6B8DABAA" w14:textId="77777777" w:rsidR="00B729D7" w:rsidRPr="00014152" w:rsidRDefault="00B729D7" w:rsidP="00B729D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Website / social media / other relevant profile</w:t>
            </w:r>
          </w:p>
        </w:tc>
        <w:tc>
          <w:tcPr>
            <w:tcW w:w="61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4FF85C8" w14:textId="7A91977D" w:rsidR="00B729D7" w:rsidRPr="00014152" w:rsidRDefault="00000000" w:rsidP="00B729D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921324314"/>
                <w:placeholder>
                  <w:docPart w:val="A024ABEF16E24439901407136AF3ECA2"/>
                </w:placeholder>
                <w:showingPlcHdr/>
                <w:text/>
              </w:sdtPr>
              <w:sdtContent>
                <w:r w:rsidR="00B729D7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4D943FE2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t>2. Lot Applied For</w:t>
      </w:r>
    </w:p>
    <w:p w14:paraId="4B639E63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i/>
          <w:color w:val="5A5A5A"/>
          <w:sz w:val="18"/>
        </w:rPr>
        <w:t>Tick all that apply.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68"/>
        <w:gridCol w:w="2592"/>
      </w:tblGrid>
      <w:tr w:rsidR="00F6149E" w:rsidRPr="00014152" w14:paraId="3884F3A3" w14:textId="77777777">
        <w:trPr>
          <w:tblHeader/>
          <w:jc w:val="center"/>
        </w:trPr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47C01B46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Lot</w:t>
            </w:r>
          </w:p>
        </w:tc>
        <w:tc>
          <w:tcPr>
            <w:tcW w:w="2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2FE32811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Applying?</w:t>
            </w:r>
          </w:p>
        </w:tc>
      </w:tr>
      <w:tr w:rsidR="00A1489D" w:rsidRPr="00014152" w14:paraId="1F6080E3" w14:textId="77777777">
        <w:trPr>
          <w:jc w:val="center"/>
        </w:trPr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83776D" w14:textId="77777777" w:rsidR="00A1489D" w:rsidRPr="00014152" w:rsidRDefault="00A1489D" w:rsidP="00A1489D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Lot 1: Isle of Ulva</w:t>
            </w:r>
          </w:p>
        </w:tc>
        <w:tc>
          <w:tcPr>
            <w:tcW w:w="2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18967D0" w14:textId="47DFC0CA" w:rsidR="00A1489D" w:rsidRPr="00014152" w:rsidRDefault="00000000" w:rsidP="00A1489D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37843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27757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No</w:t>
            </w:r>
          </w:p>
        </w:tc>
      </w:tr>
      <w:tr w:rsidR="00A1489D" w:rsidRPr="00014152" w14:paraId="1959D239" w14:textId="77777777">
        <w:trPr>
          <w:jc w:val="center"/>
        </w:trPr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3D54A3" w14:textId="7F4A5C11" w:rsidR="00A1489D" w:rsidRPr="00014152" w:rsidRDefault="00A1489D" w:rsidP="00A1489D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 xml:space="preserve">Lot 2: north west Mull - </w:t>
            </w:r>
            <w:proofErr w:type="spellStart"/>
            <w:r w:rsidRPr="00014152">
              <w:rPr>
                <w:rFonts w:ascii="Aptos" w:hAnsi="Aptos"/>
                <w:sz w:val="19"/>
              </w:rPr>
              <w:t>Langamull</w:t>
            </w:r>
            <w:proofErr w:type="spellEnd"/>
            <w:r w:rsidRPr="00014152">
              <w:rPr>
                <w:rFonts w:ascii="Aptos" w:hAnsi="Aptos"/>
                <w:sz w:val="19"/>
              </w:rPr>
              <w:t xml:space="preserve"> </w:t>
            </w:r>
            <w:r w:rsidR="007B3DD4">
              <w:rPr>
                <w:rFonts w:ascii="Aptos" w:hAnsi="Aptos"/>
                <w:sz w:val="19"/>
              </w:rPr>
              <w:t>Woodland</w:t>
            </w:r>
            <w:r w:rsidR="001F5D65">
              <w:rPr>
                <w:rFonts w:ascii="Aptos" w:hAnsi="Aptos"/>
                <w:sz w:val="19"/>
              </w:rPr>
              <w:t>s</w:t>
            </w:r>
            <w:r w:rsidR="007B3DD4">
              <w:rPr>
                <w:rFonts w:ascii="Aptos" w:hAnsi="Aptos"/>
                <w:sz w:val="19"/>
              </w:rPr>
              <w:t xml:space="preserve"> </w:t>
            </w:r>
            <w:r w:rsidRPr="00014152">
              <w:rPr>
                <w:rFonts w:ascii="Aptos" w:hAnsi="Aptos"/>
                <w:sz w:val="19"/>
              </w:rPr>
              <w:t xml:space="preserve">and West </w:t>
            </w:r>
            <w:proofErr w:type="spellStart"/>
            <w:r w:rsidRPr="00014152">
              <w:rPr>
                <w:rFonts w:ascii="Aptos" w:hAnsi="Aptos"/>
                <w:sz w:val="19"/>
              </w:rPr>
              <w:t>Ardhu</w:t>
            </w:r>
            <w:proofErr w:type="spellEnd"/>
          </w:p>
        </w:tc>
        <w:tc>
          <w:tcPr>
            <w:tcW w:w="2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FE4D8B1" w14:textId="2506AC4F" w:rsidR="00A1489D" w:rsidRPr="00014152" w:rsidRDefault="00000000" w:rsidP="00A1489D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28400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214006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No</w:t>
            </w:r>
          </w:p>
        </w:tc>
      </w:tr>
      <w:tr w:rsidR="00F6149E" w:rsidRPr="00014152" w14:paraId="56E9D449" w14:textId="77777777">
        <w:trPr>
          <w:jc w:val="center"/>
        </w:trPr>
        <w:tc>
          <w:tcPr>
            <w:tcW w:w="67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E298F8" w14:textId="0ECF7372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If applying for both lots, is the same proposed approach/team intended for both?</w:t>
            </w:r>
          </w:p>
        </w:tc>
        <w:tc>
          <w:tcPr>
            <w:tcW w:w="2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B7A6E12" w14:textId="77777777" w:rsidR="00A1489D" w:rsidRPr="00014152" w:rsidRDefault="00000000" w:rsidP="00A1489D">
            <w:pPr>
              <w:spacing w:after="40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-37246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25248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No</w:t>
            </w:r>
          </w:p>
          <w:p w14:paraId="011327C8" w14:textId="0EF7D132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03052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Not applicable</w:t>
            </w:r>
          </w:p>
        </w:tc>
      </w:tr>
    </w:tbl>
    <w:p w14:paraId="6381C9F0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t>3. Short Declaration of Understanding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8"/>
        <w:gridCol w:w="1872"/>
      </w:tblGrid>
      <w:tr w:rsidR="00F6149E" w:rsidRPr="00014152" w14:paraId="3C40F0B5" w14:textId="77777777">
        <w:trPr>
          <w:tblHeader/>
          <w:jc w:val="center"/>
        </w:trPr>
        <w:tc>
          <w:tcPr>
            <w:tcW w:w="7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052CE431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Statement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263AE3C6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Confirm</w:t>
            </w:r>
          </w:p>
        </w:tc>
      </w:tr>
      <w:tr w:rsidR="00F6149E" w:rsidRPr="00014152" w14:paraId="484CA2CD" w14:textId="77777777">
        <w:trPr>
          <w:jc w:val="center"/>
        </w:trPr>
        <w:tc>
          <w:tcPr>
            <w:tcW w:w="7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5F1810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 xml:space="preserve">I understand this is </w:t>
            </w:r>
            <w:r w:rsidRPr="003437B6">
              <w:rPr>
                <w:rFonts w:ascii="Aptos" w:hAnsi="Aptos"/>
                <w:b/>
                <w:bCs/>
                <w:sz w:val="19"/>
                <w:u w:val="single"/>
              </w:rPr>
              <w:t>not</w:t>
            </w:r>
            <w:r w:rsidRPr="00014152">
              <w:rPr>
                <w:rFonts w:ascii="Aptos" w:hAnsi="Aptos"/>
                <w:sz w:val="19"/>
              </w:rPr>
              <w:t xml:space="preserve"> a sporting stalking arrangement and that the purpose is deer population reduction and damage control.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52ADC27" w14:textId="648E320F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239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Confirmed</w:t>
            </w:r>
          </w:p>
        </w:tc>
      </w:tr>
      <w:tr w:rsidR="00F6149E" w:rsidRPr="00014152" w14:paraId="41D7EE9E" w14:textId="77777777">
        <w:trPr>
          <w:jc w:val="center"/>
        </w:trPr>
        <w:tc>
          <w:tcPr>
            <w:tcW w:w="7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E7C1F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I understand that NWMCWC may appoint separate contractors for each lot.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9BC8F73" w14:textId="7036E96A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87534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Confirmed</w:t>
            </w:r>
          </w:p>
        </w:tc>
      </w:tr>
      <w:tr w:rsidR="00F6149E" w:rsidRPr="00014152" w14:paraId="6FEA2053" w14:textId="77777777">
        <w:trPr>
          <w:jc w:val="center"/>
        </w:trPr>
        <w:tc>
          <w:tcPr>
            <w:tcW w:w="7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E9F3F3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I understand that any night shooting or out-of-season control must be legally authorised and agreed with NWMCWC in advance.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1406EDF" w14:textId="66152C6C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62936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Confirmed</w:t>
            </w:r>
          </w:p>
        </w:tc>
      </w:tr>
      <w:tr w:rsidR="00F6149E" w:rsidRPr="00014152" w14:paraId="2DE1CA14" w14:textId="77777777">
        <w:trPr>
          <w:jc w:val="center"/>
        </w:trPr>
        <w:tc>
          <w:tcPr>
            <w:tcW w:w="7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E6FCA7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I understand that no deer management activity may begin until contract, evidence, access, reporting and safety arrangements are agreed.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F7746BE" w14:textId="512613E6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6938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89D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1489D" w:rsidRPr="00014152">
              <w:rPr>
                <w:rFonts w:ascii="Aptos" w:hAnsi="Aptos"/>
                <w:sz w:val="19"/>
              </w:rPr>
              <w:t xml:space="preserve"> Confirmed</w:t>
            </w:r>
          </w:p>
        </w:tc>
      </w:tr>
    </w:tbl>
    <w:p w14:paraId="4A12400D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393003F2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4. Essential Requirements</w:t>
      </w:r>
    </w:p>
    <w:p w14:paraId="021430DC" w14:textId="2B6CB9C4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i/>
          <w:color w:val="5A5A5A"/>
          <w:sz w:val="18"/>
        </w:rPr>
        <w:t>Please complete all rows.</w:t>
      </w:r>
      <w:r w:rsidR="00C34B63">
        <w:rPr>
          <w:rFonts w:ascii="Aptos" w:hAnsi="Aptos"/>
          <w:i/>
          <w:color w:val="5A5A5A"/>
          <w:sz w:val="18"/>
        </w:rPr>
        <w:t xml:space="preserve"> </w:t>
      </w:r>
      <w:r w:rsidR="00A64B28">
        <w:rPr>
          <w:rFonts w:ascii="Aptos" w:hAnsi="Aptos"/>
          <w:i/>
          <w:color w:val="5A5A5A"/>
          <w:sz w:val="18"/>
        </w:rPr>
        <w:t>High-level</w:t>
      </w:r>
      <w:r w:rsidR="00C34B63">
        <w:rPr>
          <w:rFonts w:ascii="Aptos" w:hAnsi="Aptos"/>
          <w:i/>
          <w:color w:val="5A5A5A"/>
          <w:sz w:val="18"/>
        </w:rPr>
        <w:t xml:space="preserve"> information is sufficient</w:t>
      </w:r>
      <w:r w:rsidR="00A64B28">
        <w:rPr>
          <w:rFonts w:ascii="Aptos" w:hAnsi="Aptos"/>
          <w:i/>
          <w:color w:val="5A5A5A"/>
          <w:sz w:val="18"/>
        </w:rPr>
        <w:t xml:space="preserve"> for this section</w:t>
      </w:r>
      <w:r w:rsidR="00C34B63">
        <w:rPr>
          <w:rFonts w:ascii="Aptos" w:hAnsi="Aptos"/>
          <w:i/>
          <w:color w:val="5A5A5A"/>
          <w:sz w:val="18"/>
        </w:rPr>
        <w:t xml:space="preserve">, as each criterion will be explored </w:t>
      </w:r>
      <w:r w:rsidR="00A64B28">
        <w:rPr>
          <w:rFonts w:ascii="Aptos" w:hAnsi="Aptos"/>
          <w:i/>
          <w:color w:val="5A5A5A"/>
          <w:sz w:val="18"/>
        </w:rPr>
        <w:t>in-depth later within this form.</w:t>
      </w:r>
      <w:r w:rsidRPr="00014152">
        <w:rPr>
          <w:rFonts w:ascii="Aptos" w:hAnsi="Aptos"/>
          <w:i/>
          <w:color w:val="5A5A5A"/>
          <w:sz w:val="18"/>
        </w:rPr>
        <w:t xml:space="preserve"> Copies of certificates and insurance </w:t>
      </w:r>
      <w:r w:rsidR="00AD6E64" w:rsidRPr="00014152">
        <w:rPr>
          <w:rFonts w:ascii="Aptos" w:hAnsi="Aptos"/>
          <w:i/>
          <w:color w:val="5A5A5A"/>
          <w:sz w:val="18"/>
        </w:rPr>
        <w:t>will</w:t>
      </w:r>
      <w:r w:rsidRPr="00014152">
        <w:rPr>
          <w:rFonts w:ascii="Aptos" w:hAnsi="Aptos"/>
          <w:i/>
          <w:color w:val="5A5A5A"/>
          <w:sz w:val="18"/>
        </w:rPr>
        <w:t xml:space="preserve"> be requested before appointment.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08"/>
        <w:gridCol w:w="1512"/>
        <w:gridCol w:w="3240"/>
      </w:tblGrid>
      <w:tr w:rsidR="00F6149E" w:rsidRPr="00014152" w14:paraId="2F73C060" w14:textId="77777777">
        <w:trPr>
          <w:tblHeader/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5BA32882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Requirement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1D55F319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Confirm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055BD7D5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Details / evidence</w:t>
            </w:r>
          </w:p>
        </w:tc>
      </w:tr>
      <w:tr w:rsidR="00F6149E" w:rsidRPr="00014152" w14:paraId="5F1F58AB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A7ECFC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DSC1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33B254F" w14:textId="02F5ED21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73346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200188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6D6A453" w14:textId="77777777" w:rsidR="00F6149E" w:rsidRPr="00014152" w:rsidRDefault="00000000">
            <w:pPr>
              <w:spacing w:after="40"/>
              <w:rPr>
                <w:rFonts w:ascii="Aptos" w:hAnsi="Aptos"/>
                <w:sz w:val="19"/>
              </w:rPr>
            </w:pPr>
            <w:r w:rsidRPr="00014152">
              <w:rPr>
                <w:rFonts w:ascii="Aptos" w:hAnsi="Aptos"/>
                <w:sz w:val="19"/>
              </w:rPr>
              <w:t>Details / evidence / expiry date:</w:t>
            </w:r>
          </w:p>
          <w:p w14:paraId="3F133685" w14:textId="51AB492B" w:rsidR="00A305BA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14650660"/>
                <w:placeholder>
                  <w:docPart w:val="4C8588F0CEBA443CAD9B2D084E704FC3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5AF95EEF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99757B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DSC2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A3CD5F6" w14:textId="01574014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47517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17995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B3241AD" w14:textId="77777777" w:rsidR="00033EB7" w:rsidRPr="00014152" w:rsidRDefault="00033EB7" w:rsidP="00033EB7">
            <w:pPr>
              <w:spacing w:after="40"/>
              <w:rPr>
                <w:rFonts w:ascii="Aptos" w:hAnsi="Aptos"/>
                <w:sz w:val="19"/>
              </w:rPr>
            </w:pPr>
            <w:r w:rsidRPr="00014152">
              <w:rPr>
                <w:rFonts w:ascii="Aptos" w:hAnsi="Aptos"/>
                <w:sz w:val="19"/>
              </w:rPr>
              <w:t>Details / evidence / expiry date:</w:t>
            </w:r>
          </w:p>
          <w:p w14:paraId="7AE915E1" w14:textId="19874DBF" w:rsidR="00A305BA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2078509541"/>
                <w:placeholder>
                  <w:docPart w:val="D15EE88977084225A519BF3CFEFB6104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7CDE802C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BBDCF4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Valid Firearms Certificate for all rifles to be used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1184638" w14:textId="313006A3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04333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8330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78A2D33" w14:textId="77777777" w:rsidR="00033EB7" w:rsidRPr="00014152" w:rsidRDefault="00033EB7" w:rsidP="00033EB7">
            <w:pPr>
              <w:spacing w:after="40"/>
              <w:rPr>
                <w:rFonts w:ascii="Aptos" w:hAnsi="Aptos"/>
                <w:sz w:val="19"/>
              </w:rPr>
            </w:pPr>
            <w:r w:rsidRPr="00014152">
              <w:rPr>
                <w:rFonts w:ascii="Aptos" w:hAnsi="Aptos"/>
                <w:sz w:val="19"/>
              </w:rPr>
              <w:t>Details / evidence / expiry date:</w:t>
            </w:r>
          </w:p>
          <w:p w14:paraId="7B4ABA6A" w14:textId="57C5C819" w:rsidR="00A305BA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978254350"/>
                <w:placeholder>
                  <w:docPart w:val="D9910857E1BD4401A4EFD2248763070E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7910D280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E80800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Public liability insurance covering deer stalking/shooting as a business activity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687D71F" w14:textId="4942E16B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35507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30761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EBD8BCA" w14:textId="77777777" w:rsidR="00033EB7" w:rsidRPr="00014152" w:rsidRDefault="00033EB7" w:rsidP="00033EB7">
            <w:pPr>
              <w:spacing w:after="40"/>
              <w:rPr>
                <w:rFonts w:ascii="Aptos" w:hAnsi="Aptos"/>
                <w:sz w:val="19"/>
              </w:rPr>
            </w:pPr>
            <w:r w:rsidRPr="00014152">
              <w:rPr>
                <w:rFonts w:ascii="Aptos" w:hAnsi="Aptos"/>
                <w:sz w:val="19"/>
              </w:rPr>
              <w:t>Insurer / cover level / expiry date:</w:t>
            </w:r>
          </w:p>
          <w:p w14:paraId="44548220" w14:textId="2E1CB1B1" w:rsidR="00A305BA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827335960"/>
                <w:placeholder>
                  <w:docPart w:val="B0E0310A5B7040E89557520E41C9208E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06F87EE9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86047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Experience of deer control for woodland, habitat or land management purposes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0424D4C" w14:textId="2DB5AC3B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842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201125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A9C3DB7" w14:textId="5FBDDCBD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Brief details:</w:t>
            </w:r>
            <w:r w:rsidR="00284D55"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-905685570"/>
                <w:placeholder>
                  <w:docPart w:val="E316D93D2B30406C849FCF9A60F6568D"/>
                </w:placeholder>
                <w:showingPlcHdr/>
                <w:text/>
              </w:sdtPr>
              <w:sdtContent>
                <w:r w:rsidR="00284D55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6BE02B64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95391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Ability to work safely in rough, remote and/or publicly accessible areas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A778783" w14:textId="4A77F061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2506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45956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696A260" w14:textId="3598A908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Brief details:</w:t>
            </w:r>
            <w:r w:rsidR="00284D55"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1969927900"/>
                <w:placeholder>
                  <w:docPart w:val="938FA2FAF4AA45B98BE13AB4BB55684F"/>
                </w:placeholder>
                <w:showingPlcHdr/>
                <w:text/>
              </w:sdtPr>
              <w:sdtContent>
                <w:r w:rsidR="00284D55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37BF80BA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ED9876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Suitable equipment for carcass recovery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2FEA787" w14:textId="6684162D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81499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21887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E6DDCE1" w14:textId="1746F0FF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Brief details:</w:t>
            </w:r>
            <w:r w:rsidR="00284D55"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242923526"/>
                <w:placeholder>
                  <w:docPart w:val="ABC0CE63661E4AFB88355DE8DBEA108B"/>
                </w:placeholder>
                <w:showingPlcHdr/>
                <w:text/>
              </w:sdtPr>
              <w:sdtContent>
                <w:r w:rsidR="00284D55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2213B607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BA2301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First Aid qualification, preferably EFAW + F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7DDC97D" w14:textId="5975F2D3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81655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184551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2877803" w14:textId="723C7695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Details / expiry date:</w:t>
            </w:r>
            <w:r w:rsidR="00284D55"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2134208211"/>
                <w:placeholder>
                  <w:docPart w:val="5A96CF3C40924DE587436E4D9BAE0DEA"/>
                </w:placeholder>
                <w:showingPlcHdr/>
                <w:text/>
              </w:sdtPr>
              <w:sdtContent>
                <w:r w:rsidR="00284D55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61904E71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AE117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Risk assessment and lone working procedure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2DA2931" w14:textId="7E348991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37593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187381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66AFD9D" w14:textId="5EB40D7C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Attach or briefly describe:</w:t>
            </w:r>
            <w:r w:rsidR="00284D55"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42108441"/>
                <w:placeholder>
                  <w:docPart w:val="1B19D0A0DAE444E79F6AEB82ADDC5934"/>
                </w:placeholder>
                <w:showingPlcHdr/>
                <w:text/>
              </w:sdtPr>
              <w:sdtContent>
                <w:r w:rsidR="00284D55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1532CFD3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1E4028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Ability to handle carcasses hygienically and lawfully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B902914" w14:textId="4688C6B5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6978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53370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484C97F" w14:textId="3B24C05D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Brief details:</w:t>
            </w:r>
            <w:r w:rsidR="00284D55"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1035012992"/>
                <w:placeholder>
                  <w:docPart w:val="7B58D4B0F61F484A99571C6B7912F1F9"/>
                </w:placeholder>
                <w:showingPlcHdr/>
                <w:text/>
              </w:sdtPr>
              <w:sdtContent>
                <w:r w:rsidR="00284D55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35ED81C8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5B9E74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Understanding of Scottish deer legislation and Wild Deer Best Practice Guidance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ADAA8F3" w14:textId="7BC3BC54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5702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70700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1903FD5" w14:textId="42AB8CCF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Brief details:</w:t>
            </w:r>
            <w:r w:rsidR="00284D55"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1180006911"/>
                <w:placeholder>
                  <w:docPart w:val="7F567A03E8F042CA899AC369ADADCF20"/>
                </w:placeholder>
                <w:showingPlcHdr/>
                <w:text/>
              </w:sdtPr>
              <w:sdtContent>
                <w:r w:rsidR="00284D55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033EB7" w:rsidRPr="00014152" w14:paraId="60B9981F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8A05B" w14:textId="77777777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Willingness to work to NWMCWC reporting and communication requirements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14CC6EF" w14:textId="232B39F0" w:rsidR="00033EB7" w:rsidRPr="00014152" w:rsidRDefault="00000000" w:rsidP="00033EB7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66697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131699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3EB7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033EB7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9788CAD" w14:textId="0928CC12" w:rsidR="00033EB7" w:rsidRPr="00014152" w:rsidRDefault="00033EB7" w:rsidP="00033EB7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Brief details:</w:t>
            </w:r>
            <w:r w:rsidR="00284D55"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-1579128919"/>
                <w:placeholder>
                  <w:docPart w:val="82E03AD0548A4EDE8C83C5E292D186DB"/>
                </w:placeholder>
                <w:showingPlcHdr/>
                <w:text/>
              </w:sdtPr>
              <w:sdtContent>
                <w:r w:rsidR="00284D55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4B0DBDD8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6938E67A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5. Desirable Experience, Equipment and Capacity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08"/>
        <w:gridCol w:w="1512"/>
        <w:gridCol w:w="3240"/>
      </w:tblGrid>
      <w:tr w:rsidR="00F6149E" w:rsidRPr="00014152" w14:paraId="6D2515A7" w14:textId="77777777">
        <w:trPr>
          <w:tblHeader/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46EEBC73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Desirable point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4FC0515B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Confirm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1FFDF823" w14:textId="1B2953F5" w:rsidR="00F6149E" w:rsidRPr="00014152" w:rsidRDefault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Please provide brief details</w:t>
            </w:r>
          </w:p>
        </w:tc>
      </w:tr>
      <w:tr w:rsidR="00A305BA" w:rsidRPr="00014152" w14:paraId="7DB2790C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BC97B0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Experience of island, remote or ferry-access sites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81403B1" w14:textId="356C2178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02594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6310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2DE8574" w14:textId="7760F4B6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706209005"/>
                <w:placeholder>
                  <w:docPart w:val="6910824BB67044C8BFF49496DA63C4D3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305BA" w:rsidRPr="00014152" w14:paraId="57929C76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AAD42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Experience of community-owned land or high public-access sites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A358608" w14:textId="606BD02D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700327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70508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263BE91" w14:textId="0B0AE23E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542834871"/>
                <w:placeholder>
                  <w:docPart w:val="F369C33ADBBD4EAB8396EF6E514DFBBC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305BA" w:rsidRPr="00014152" w14:paraId="3A05700F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894844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Experience of woodland, restock or habitat recovery projects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3A613AB" w14:textId="0F023FB5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23284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05369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54D8572" w14:textId="0A628EE7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313668157"/>
                <w:placeholder>
                  <w:docPart w:val="73D6D1937D3D45B09CC305316ECF8290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305BA" w:rsidRPr="00014152" w14:paraId="643CF862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8BCD9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Ability to respond to monitoring data and adapt cull priorities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D61C306" w14:textId="114E097D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50318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75334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A839020" w14:textId="2C84909A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896050092"/>
                <w:placeholder>
                  <w:docPart w:val="75FC1CB59FC74DFEACB1BAA6A5862DCF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305BA" w:rsidRPr="00014152" w14:paraId="11BC653F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11C2DD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Experience using thermal equipment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E6D440B" w14:textId="35E42C3A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34613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128739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0D836D5" w14:textId="10A04311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1082713"/>
                <w:placeholder>
                  <w:docPart w:val="9D9AD754CF9145B5A9D1812223F635FB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305BA" w:rsidRPr="00014152" w14:paraId="5D038E61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84C987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Access to carcass chilling or approved venison outlets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833F6E5" w14:textId="48A6538F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209642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37184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C93612C" w14:textId="0C9FECDA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273202230"/>
                <w:placeholder>
                  <w:docPart w:val="A0ED82487ECA471A89DA59B43390A027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305BA" w:rsidRPr="00014152" w14:paraId="6180A72F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9FE52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Ability to support local venison availability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F1E7CE3" w14:textId="1EBAEC41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56640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07758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FA9D5EC" w14:textId="71C8D426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205834257"/>
                <w:placeholder>
                  <w:docPart w:val="83F2CFF6C9B54C7985C07A7A348B40DD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305BA" w:rsidRPr="00014152" w14:paraId="2EB0B112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A9802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ATV or boat access capability, where appropriate and authorised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8C647B7" w14:textId="49EB483F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944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213400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9B9F9CB" w14:textId="29C45E51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405688647"/>
                <w:placeholder>
                  <w:docPart w:val="8315093CD8294AD388DE2DB0F0B97405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305BA" w:rsidRPr="00014152" w14:paraId="3DA4254C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85CE97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Knowledge of Mull, Ulva or similar west coast terrain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7534288" w14:textId="654020AC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79549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212812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2C46C8" w14:textId="21562EAE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622569342"/>
                <w:placeholder>
                  <w:docPart w:val="6CA04669ACE243ED86C74F232B214C6D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305BA" w:rsidRPr="00014152" w14:paraId="0F7E1772" w14:textId="77777777">
        <w:trPr>
          <w:jc w:val="center"/>
        </w:trPr>
        <w:tc>
          <w:tcPr>
            <w:tcW w:w="46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37A8C1" w14:textId="77777777" w:rsidR="00A305BA" w:rsidRPr="00014152" w:rsidRDefault="00A305BA" w:rsidP="00A305BA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Access to a suitably trained deer dog for follow-up and retrieval</w:t>
            </w:r>
          </w:p>
        </w:tc>
        <w:tc>
          <w:tcPr>
            <w:tcW w:w="1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B51DBAA" w14:textId="03FA2250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68020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3715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05BA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305BA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E64E3A5" w14:textId="45FB4ED1" w:rsidR="00A305BA" w:rsidRPr="00014152" w:rsidRDefault="00000000" w:rsidP="00A305BA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66835218"/>
                <w:placeholder>
                  <w:docPart w:val="0AD2815A6D734763B2F7E71072816C60"/>
                </w:placeholder>
                <w:showingPlcHdr/>
                <w:text/>
              </w:sdtPr>
              <w:sdtContent>
                <w:r w:rsidR="00A305BA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73563678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4D74936D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6. Relevant Experience</w:t>
      </w:r>
    </w:p>
    <w:p w14:paraId="0C48A3ED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6.1 Please summarise your relevant deer management experience.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08F5CF22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9C58114" w14:textId="3FC69D6F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416319374"/>
                <w:placeholder>
                  <w:docPart w:val="92A175E7E7CB414F99D7EFA97A0D7797"/>
                </w:placeholder>
                <w:showingPlcHdr/>
                <w:text/>
              </w:sdtPr>
              <w:sdtContent>
                <w:r w:rsidR="000B1B36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2A4B2D9E" w14:textId="77777777" w:rsidR="000B1B36" w:rsidRPr="00014152" w:rsidRDefault="000B1B36">
      <w:pPr>
        <w:rPr>
          <w:rFonts w:ascii="Aptos" w:hAnsi="Aptos"/>
          <w:b/>
          <w:sz w:val="20"/>
        </w:rPr>
      </w:pPr>
    </w:p>
    <w:p w14:paraId="59181049" w14:textId="419272CE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6.2 Please give examples of work involving woodland, habitat protection, restock, natural regeneration or land management outcomes.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231085DB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B359E8F" w14:textId="57CA1928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797996750"/>
                <w:placeholder>
                  <w:docPart w:val="A9F1E9B089A941BD8579B286F79DE10F"/>
                </w:placeholder>
                <w:showingPlcHdr/>
                <w:text/>
              </w:sdtPr>
              <w:sdtContent>
                <w:r w:rsidR="000B1B36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27A7E3BF" w14:textId="77777777" w:rsidR="000B1B36" w:rsidRPr="00014152" w:rsidRDefault="000B1B36">
      <w:pPr>
        <w:rPr>
          <w:rFonts w:ascii="Aptos" w:hAnsi="Aptos"/>
          <w:b/>
          <w:sz w:val="20"/>
        </w:rPr>
      </w:pPr>
    </w:p>
    <w:p w14:paraId="4BEBD4FC" w14:textId="2121C5A4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6.3 Please describe any experience working on public access sites, community-owned land, islands, ferry-access sites, crofts or remote terrain.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64E17478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156AAC1" w14:textId="2F656067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900876655"/>
                <w:placeholder>
                  <w:docPart w:val="5B07FD9817E54D8E91B000337D7D6DF8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567A9156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383E0EF0" w14:textId="5F302EA6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6.4 Please describe any experience working with residents, tenants, crofters, staff, contractors, neighbouring landowners or deer management groups.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25660EA6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FCFE3E1" w14:textId="3FFF3441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301603464"/>
                <w:placeholder>
                  <w:docPart w:val="C52FD126240C4B4FB94FEE052B4866D0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574CBCF6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35FA0E39" w14:textId="2B646ABA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 xml:space="preserve">7. Proposed Approach </w:t>
      </w:r>
      <w:r w:rsidR="00845113">
        <w:rPr>
          <w:rFonts w:ascii="Aptos" w:hAnsi="Aptos"/>
        </w:rPr>
        <w:t>–</w:t>
      </w:r>
      <w:r w:rsidRPr="00014152">
        <w:rPr>
          <w:rFonts w:ascii="Aptos" w:hAnsi="Aptos"/>
        </w:rPr>
        <w:t xml:space="preserve"> Both Lots</w:t>
      </w:r>
    </w:p>
    <w:p w14:paraId="550066EA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i/>
          <w:color w:val="5A5A5A"/>
          <w:sz w:val="18"/>
        </w:rPr>
        <w:t>Complete this section regardless of which lot you are applying for. If your answer differs by lot, please explain this clearly.</w:t>
      </w:r>
    </w:p>
    <w:p w14:paraId="0B79006B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7.1 How would you plan visits and notify NWMCWC in advance of planned deer management activity?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1036EB37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C11C171" w14:textId="6429E05E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2130116110"/>
                <w:placeholder>
                  <w:docPart w:val="27FBBDEB74BE48F4AF1BC098B6B3F53A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78DC5D37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25EA4452" w14:textId="43784ADA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7.2 How would you provide NWMCWC with enough information to support communication with residents, tenants, crofters, staff, contractors, ferry operations, visitors and the Board?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1FF01774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74BBF21" w14:textId="2BC0821D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723176264"/>
                <w:placeholder>
                  <w:docPart w:val="B54FA2B7F51B446893701B88D18DCA23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11A1E857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58C07509" w14:textId="38F106E2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7.3 How would you take account of visitor and public access, including signage and safety on the ground?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1E2E067B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A56C770" w14:textId="1170989A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2103326129"/>
                <w:placeholder>
                  <w:docPart w:val="A5E919F645BB4B8C83361660999F83F2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7FDB48B0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66BB5AA6" w14:textId="279AFCA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7.4 How would you liaise with neighbouring landowners, deer management groups or wider landscape projects where agreed with NWMCWC?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332DAAC2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C917476" w14:textId="4C668C69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619443256"/>
                <w:placeholder>
                  <w:docPart w:val="B96C821E7A084913A1F5A70CA227E8F7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5BCB9D1A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79FCB0C9" w14:textId="1525877E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7.5 How would you approach night shooting or out-of-season control, if legally authorised and agreed with NWMCWC?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046DDDF1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E1706D4" w14:textId="10A88D9A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328367833"/>
                <w:placeholder>
                  <w:docPart w:val="9C77E57FB5454275BD107766D0D523AC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1DFDA8B5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05E821D3" w14:textId="398E2A68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7.6 How would you adapt your approach as drone survey, monitoring or impact data becomes available?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2F1C2C00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56642C4" w14:textId="05852D9A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404414706"/>
                <w:placeholder>
                  <w:docPart w:val="D7688D3900584884B7B97D1C1F5075C7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66D0CAD3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7301DDC9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8. Lot-Specific Approach</w:t>
      </w:r>
    </w:p>
    <w:p w14:paraId="29A65FC2" w14:textId="77777777" w:rsidR="00F6149E" w:rsidRPr="00014152" w:rsidRDefault="00000000">
      <w:pPr>
        <w:pStyle w:val="Heading2"/>
        <w:rPr>
          <w:rFonts w:ascii="Aptos" w:hAnsi="Aptos"/>
        </w:rPr>
      </w:pPr>
      <w:r w:rsidRPr="00014152">
        <w:rPr>
          <w:rFonts w:ascii="Aptos" w:hAnsi="Aptos"/>
        </w:rPr>
        <w:t>8A. Lot 1: Isle of Ulva</w:t>
      </w:r>
    </w:p>
    <w:p w14:paraId="6EB45324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i/>
          <w:color w:val="5A5A5A"/>
          <w:sz w:val="18"/>
        </w:rPr>
        <w:t>Complete this section if applying for Lot 1.</w:t>
      </w:r>
    </w:p>
    <w:p w14:paraId="16E678BA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8A.1 How would you manage access to and from Ulva, including ferry/boat arrangements and any proposed transport of vehicle or equipment?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2A5DA3AF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2B239BC" w14:textId="3F1A8FED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414918709"/>
                <w:placeholder>
                  <w:docPart w:val="44138A17FDC7447EB2DA82D192A02C56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73FEDF36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655D47DD" w14:textId="3AB6058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8A.2 How would you manage carcass extraction from rough, woodland or remote ground on Ulva, including extraction from the island unless processing is proposed on Ulva?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3DC02BD1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69ADA94" w14:textId="1D25A8A0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604539138"/>
                <w:placeholder>
                  <w:docPart w:val="4C21447528DC4E93AD10C489C62625E5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73DFA288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105DD8C8" w14:textId="48C2CA81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8A.3 What deer processing facilities or venison routes would you intend to use for Ulva?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17D6CE52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B521AB0" w14:textId="271A1779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142419508"/>
                <w:placeholder>
                  <w:docPart w:val="9A9A8377C90A454BAA97FA7DD5BAC2A2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28688A2C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26B5E759" w14:textId="0D23906E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8A.4 How would you take account of Ulva residents, farming activity, leased businesses, visitor routes, ferry operations, staff and contractor activity?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5D037BF6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B7906B8" w14:textId="13026070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845201152"/>
                <w:placeholder>
                  <w:docPart w:val="1660BEBA893C466B88D24B4D6C64CA84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3E58D6DF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69B77244" w14:textId="005B0198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8A.5 How would you liaise with neighbouring landowners or deer management interests, including Ulva Ferry and Torloisk where relevant and agreed with NWMCWC?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621C85E2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DA79C1B" w14:textId="30D0EEB6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389539845"/>
                <w:placeholder>
                  <w:docPart w:val="F2C80C44BF2E4536B53C7B29F05AF9AE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7AA7834A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7B491347" w14:textId="6F571402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8A.6 Please list any proposed access or equipment requirements for Ulva, including ATV use, boat use, extraction points, high seats, winches or other equipment.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608A9402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D758560" w14:textId="4E6AFFF0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976872381"/>
                <w:placeholder>
                  <w:docPart w:val="39EB198E5BBD4972A16FB3989AD726D0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3F5CEC4A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6AE1AB5F" w14:textId="62BAEEB6" w:rsidR="00F6149E" w:rsidRPr="00014152" w:rsidRDefault="00000000">
      <w:pPr>
        <w:pStyle w:val="Heading2"/>
        <w:rPr>
          <w:rFonts w:ascii="Aptos" w:hAnsi="Aptos"/>
        </w:rPr>
      </w:pPr>
      <w:r w:rsidRPr="00014152">
        <w:rPr>
          <w:rFonts w:ascii="Aptos" w:hAnsi="Aptos"/>
        </w:rPr>
        <w:lastRenderedPageBreak/>
        <w:t xml:space="preserve">8B. Lot 2: north west Mull </w:t>
      </w:r>
      <w:r w:rsidR="007B3DD4">
        <w:rPr>
          <w:rFonts w:ascii="Aptos" w:hAnsi="Aptos"/>
        </w:rPr>
        <w:t>–</w:t>
      </w:r>
      <w:r w:rsidRPr="00014152">
        <w:rPr>
          <w:rFonts w:ascii="Aptos" w:hAnsi="Aptos"/>
        </w:rPr>
        <w:t xml:space="preserve"> </w:t>
      </w:r>
      <w:proofErr w:type="spellStart"/>
      <w:r w:rsidRPr="00014152">
        <w:rPr>
          <w:rFonts w:ascii="Aptos" w:hAnsi="Aptos"/>
        </w:rPr>
        <w:t>Langamull</w:t>
      </w:r>
      <w:proofErr w:type="spellEnd"/>
      <w:r w:rsidRPr="00014152">
        <w:rPr>
          <w:rFonts w:ascii="Aptos" w:hAnsi="Aptos"/>
        </w:rPr>
        <w:t xml:space="preserve"> </w:t>
      </w:r>
      <w:r w:rsidR="007B3DD4">
        <w:rPr>
          <w:rFonts w:ascii="Aptos" w:hAnsi="Aptos"/>
        </w:rPr>
        <w:t>Woodland</w:t>
      </w:r>
      <w:r w:rsidR="001F5D65">
        <w:rPr>
          <w:rFonts w:ascii="Aptos" w:hAnsi="Aptos"/>
        </w:rPr>
        <w:t>s</w:t>
      </w:r>
      <w:r w:rsidR="007B3DD4">
        <w:rPr>
          <w:rFonts w:ascii="Aptos" w:hAnsi="Aptos"/>
        </w:rPr>
        <w:t xml:space="preserve"> </w:t>
      </w:r>
      <w:r w:rsidRPr="00014152">
        <w:rPr>
          <w:rFonts w:ascii="Aptos" w:hAnsi="Aptos"/>
        </w:rPr>
        <w:t xml:space="preserve">and West </w:t>
      </w:r>
      <w:proofErr w:type="spellStart"/>
      <w:r w:rsidRPr="00014152">
        <w:rPr>
          <w:rFonts w:ascii="Aptos" w:hAnsi="Aptos"/>
        </w:rPr>
        <w:t>Ardhu</w:t>
      </w:r>
      <w:proofErr w:type="spellEnd"/>
    </w:p>
    <w:p w14:paraId="6E784934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i/>
          <w:color w:val="5A5A5A"/>
          <w:sz w:val="18"/>
        </w:rPr>
        <w:t>Complete this section if applying for Lot 2.</w:t>
      </w:r>
    </w:p>
    <w:p w14:paraId="179D4D19" w14:textId="3864A3BE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 xml:space="preserve">8B.1 How would you manage deer control across woodland, restock and open ground at </w:t>
      </w:r>
      <w:proofErr w:type="spellStart"/>
      <w:r w:rsidRPr="00014152">
        <w:rPr>
          <w:rFonts w:ascii="Aptos" w:hAnsi="Aptos"/>
          <w:b/>
          <w:sz w:val="20"/>
        </w:rPr>
        <w:t>Langamull</w:t>
      </w:r>
      <w:proofErr w:type="spellEnd"/>
      <w:r w:rsidR="007B3DD4">
        <w:rPr>
          <w:rFonts w:ascii="Aptos" w:hAnsi="Aptos"/>
          <w:b/>
          <w:sz w:val="20"/>
        </w:rPr>
        <w:t xml:space="preserve"> Woodland</w:t>
      </w:r>
      <w:r w:rsidR="001F5D65">
        <w:rPr>
          <w:rFonts w:ascii="Aptos" w:hAnsi="Aptos"/>
          <w:b/>
          <w:sz w:val="20"/>
        </w:rPr>
        <w:t>s</w:t>
      </w:r>
      <w:r w:rsidRPr="00014152">
        <w:rPr>
          <w:rFonts w:ascii="Aptos" w:hAnsi="Aptos"/>
          <w:b/>
          <w:sz w:val="20"/>
        </w:rPr>
        <w:t xml:space="preserve"> and West </w:t>
      </w:r>
      <w:proofErr w:type="spellStart"/>
      <w:r w:rsidRPr="00014152">
        <w:rPr>
          <w:rFonts w:ascii="Aptos" w:hAnsi="Aptos"/>
          <w:b/>
          <w:sz w:val="20"/>
        </w:rPr>
        <w:t>Ardhu</w:t>
      </w:r>
      <w:proofErr w:type="spellEnd"/>
      <w:r w:rsidRPr="00014152">
        <w:rPr>
          <w:rFonts w:ascii="Aptos" w:hAnsi="Aptos"/>
          <w:b/>
          <w:sz w:val="20"/>
        </w:rPr>
        <w:t>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03647BF7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8A37FA4" w14:textId="76BAE579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751340759"/>
                <w:placeholder>
                  <w:docPart w:val="11B635D2417644D5BA27409BD890CA2C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5AA25A76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40F46DD9" w14:textId="6DB52D93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8B.2 How would you support protection of commercial woodland, young trees and natural regeneration?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7FC71E55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C2703BB" w14:textId="089ED022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425154439"/>
                <w:placeholder>
                  <w:docPart w:val="9604A384BEBF4890B8C919996986E897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4A5416AF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14E39765" w14:textId="4FA36485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8B.3 How would you take account of crofts, public access, walkers, recreational users, forestry activity, machinery and contractors?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2EBB724A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A33C28C" w14:textId="1B75F96C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154959372"/>
                <w:placeholder>
                  <w:docPart w:val="56BCCD293BEF47D0A6F9AA515E939DBA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03FC0E75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681C5D6B" w14:textId="07EA91E2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 xml:space="preserve">8B.4 How would you manage carcass extraction across rough, remote or woodland terrain at </w:t>
      </w:r>
      <w:proofErr w:type="spellStart"/>
      <w:r w:rsidRPr="00014152">
        <w:rPr>
          <w:rFonts w:ascii="Aptos" w:hAnsi="Aptos"/>
          <w:b/>
          <w:sz w:val="20"/>
        </w:rPr>
        <w:t>Langamull</w:t>
      </w:r>
      <w:proofErr w:type="spellEnd"/>
      <w:r w:rsidRPr="00014152">
        <w:rPr>
          <w:rFonts w:ascii="Aptos" w:hAnsi="Aptos"/>
          <w:b/>
          <w:sz w:val="20"/>
        </w:rPr>
        <w:t xml:space="preserve"> </w:t>
      </w:r>
      <w:r w:rsidR="00024D74">
        <w:rPr>
          <w:rFonts w:ascii="Aptos" w:hAnsi="Aptos"/>
          <w:b/>
          <w:sz w:val="20"/>
        </w:rPr>
        <w:t>Woodland</w:t>
      </w:r>
      <w:r w:rsidR="001F5D65">
        <w:rPr>
          <w:rFonts w:ascii="Aptos" w:hAnsi="Aptos"/>
          <w:b/>
          <w:sz w:val="20"/>
        </w:rPr>
        <w:t>s</w:t>
      </w:r>
      <w:r w:rsidR="00024D74">
        <w:rPr>
          <w:rFonts w:ascii="Aptos" w:hAnsi="Aptos"/>
          <w:b/>
          <w:sz w:val="20"/>
        </w:rPr>
        <w:t xml:space="preserve"> a</w:t>
      </w:r>
      <w:r w:rsidRPr="00014152">
        <w:rPr>
          <w:rFonts w:ascii="Aptos" w:hAnsi="Aptos"/>
          <w:b/>
          <w:sz w:val="20"/>
        </w:rPr>
        <w:t xml:space="preserve">nd West </w:t>
      </w:r>
      <w:proofErr w:type="spellStart"/>
      <w:r w:rsidRPr="00014152">
        <w:rPr>
          <w:rFonts w:ascii="Aptos" w:hAnsi="Aptos"/>
          <w:b/>
          <w:sz w:val="20"/>
        </w:rPr>
        <w:t>Ardhu</w:t>
      </w:r>
      <w:proofErr w:type="spellEnd"/>
      <w:r w:rsidRPr="00014152">
        <w:rPr>
          <w:rFonts w:ascii="Aptos" w:hAnsi="Aptos"/>
          <w:b/>
          <w:sz w:val="20"/>
        </w:rPr>
        <w:t>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52004131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338B83A" w14:textId="20BAFD36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971016275"/>
                <w:placeholder>
                  <w:docPart w:val="A430337D2DC34FAE8768FD6A0673C598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39B87436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6ED1D083" w14:textId="5478CF60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8B.5 What deer processing facilities or venison routes would you intend to use for Lot 2?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635B36FB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2391805" w14:textId="7CEF7E1B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777058187"/>
                <w:placeholder>
                  <w:docPart w:val="419DB4AE19774FDB9327F38F7C6E1ABE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122E4AD2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3D5919BF" w14:textId="55D61D49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8B.6 How would you report deer damage, browsing pressure, fence breaches and other woodland management observations?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398C03FF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E3D87B6" w14:textId="619078BD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678761497"/>
                <w:placeholder>
                  <w:docPart w:val="8C9051BD644C46F6944BF4C930C0206C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4B820DED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575D1117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9. Legal, Safety and Public Access</w:t>
      </w:r>
    </w:p>
    <w:p w14:paraId="286590F3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9.1 Please describe your approach to risk assessment, firearms safety, safe backstops and safe shooting zones.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6B79BE78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B767BD7" w14:textId="4E07F4DA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592468131"/>
                <w:placeholder>
                  <w:docPart w:val="4D623B26029340CC9AB445835EA6964B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12148A6A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388CF9DB" w14:textId="1815A981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9.2 Please describe your lone working procedure and emergency communication arrangements, including how you would manage low/no mobile signal.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00ED9983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35A0E91" w14:textId="2525FEE6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208842939"/>
                <w:placeholder>
                  <w:docPart w:val="D93E176CC5BB4CCA8D9361D9614FE0A8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6FD473C4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3626D8FC" w14:textId="19FBE6DD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9.3 Please describe how you would manage risks linked to rough terrain, weather, public access, livestock, forestry operations, vehicle/ATV use and biological hazards.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56299D9D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B5EFD57" w14:textId="5924FB4F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718084845"/>
                <w:placeholder>
                  <w:docPart w:val="C8A16C66E104499F95C46480C8D84064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7A484411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159073EB" w14:textId="4FDD5D11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9.4 Please describe how you would manage any contact with members of the public during deer management activity.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795D7B18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1BBB6B7" w14:textId="60FAC6FF" w:rsidR="00F6149E" w:rsidRPr="00014152" w:rsidRDefault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-1392878904"/>
                <w:placeholder>
                  <w:docPart w:val="B4B51F9BFB1342A0A9B8EF16AA895D36"/>
                </w:placeholder>
                <w:showingPlcHdr/>
                <w:text/>
              </w:sdtPr>
              <w:sdtContent>
                <w:r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12484826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7A049A2A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10. Carcass Handling, Waste and Venison</w:t>
      </w:r>
    </w:p>
    <w:p w14:paraId="1D9B3E96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10.1 Please describe how carcasses would be recovered, gralloched, handled, stored and removed from site.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5047E09F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7BCC7BF" w14:textId="68587F7E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436793699"/>
                <w:placeholder>
                  <w:docPart w:val="4B8E5E7F861D4AB8B1AFAA787FEF1B77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6E2DA903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708125BA" w14:textId="21845E98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10.2 Do you have access to a chiller, approved game dealer, venison outlet or other processing route? Please give details.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4EAA1D95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59134FA" w14:textId="64117D8E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83911630"/>
                <w:placeholder>
                  <w:docPart w:val="E02D5D83740F408FB6484BF8FDFCCF8C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02C6D920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6F3DB0E5" w14:textId="4075D05A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10.3 How would you dispose of by-products, waste or carcasses unfit for human consumption?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341ECC86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CB8443E" w14:textId="5D9E29D8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294329002"/>
                <w:placeholder>
                  <w:docPart w:val="C4F4BA4FFD5044C289D25001AED538FE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5D59288F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1C990DE5" w14:textId="15A45B8F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10.4 Could you support local venison availability? If yes, please explain how.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1B5D9D62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6B6BC2B" w14:textId="610820B4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90210217"/>
                <w:placeholder>
                  <w:docPart w:val="60CD9D61794640238EDFED9BCEDFABCD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716B7152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41E743E3" w14:textId="77777777" w:rsidR="00F6149E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11. Reporting and Review</w:t>
      </w:r>
    </w:p>
    <w:p w14:paraId="5EAC7C20" w14:textId="64694278" w:rsidR="00652F8E" w:rsidRPr="00652F8E" w:rsidRDefault="00652F8E" w:rsidP="00652F8E">
      <w:pPr>
        <w:rPr>
          <w:rFonts w:ascii="Aptos" w:hAnsi="Aptos"/>
        </w:rPr>
      </w:pPr>
      <w:r>
        <w:rPr>
          <w:rFonts w:ascii="Aptos" w:hAnsi="Aptos"/>
          <w:i/>
          <w:color w:val="5A5A5A"/>
          <w:sz w:val="18"/>
        </w:rPr>
        <w:t xml:space="preserve">As part of regular reporting, </w:t>
      </w:r>
      <w:r w:rsidR="004047D7">
        <w:rPr>
          <w:rFonts w:ascii="Aptos" w:hAnsi="Aptos"/>
          <w:i/>
          <w:color w:val="5A5A5A"/>
          <w:sz w:val="18"/>
        </w:rPr>
        <w:t>you may need to submit the below information</w:t>
      </w:r>
      <w:r w:rsidRPr="00014152">
        <w:rPr>
          <w:rFonts w:ascii="Aptos" w:hAnsi="Aptos"/>
          <w:i/>
          <w:color w:val="5A5A5A"/>
          <w:sz w:val="18"/>
        </w:rPr>
        <w:t>.</w:t>
      </w:r>
      <w:r w:rsidR="004047D7">
        <w:rPr>
          <w:rFonts w:ascii="Aptos" w:hAnsi="Aptos"/>
          <w:i/>
          <w:color w:val="5A5A5A"/>
          <w:sz w:val="18"/>
        </w:rPr>
        <w:t xml:space="preserve"> Please confirm that you are </w:t>
      </w:r>
      <w:r w:rsidR="00781582">
        <w:rPr>
          <w:rFonts w:ascii="Aptos" w:hAnsi="Aptos"/>
          <w:i/>
          <w:color w:val="5A5A5A"/>
          <w:sz w:val="18"/>
        </w:rPr>
        <w:t>able and willing to provide these details.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64"/>
        <w:gridCol w:w="1800"/>
        <w:gridCol w:w="3096"/>
      </w:tblGrid>
      <w:tr w:rsidR="00F6149E" w:rsidRPr="00014152" w14:paraId="16BBFEF9" w14:textId="77777777">
        <w:trPr>
          <w:tblHeader/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602420EC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Cull record field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650FE62F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Can provide?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2DFE7ADB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Notes</w:t>
            </w:r>
          </w:p>
        </w:tc>
      </w:tr>
      <w:tr w:rsidR="00AD6E64" w:rsidRPr="00014152" w14:paraId="4DB3E3B8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316103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2637FAB" w14:textId="237310A2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63300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127205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E2572DB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  <w:tr w:rsidR="00AD6E64" w:rsidRPr="00014152" w14:paraId="4A280B54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33F179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Site/area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8C36A74" w14:textId="55EDD516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01334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85287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BD7A028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  <w:tr w:rsidR="00AD6E64" w:rsidRPr="00014152" w14:paraId="703EE55A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476576" w14:textId="300C358D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 xml:space="preserve">Location </w:t>
            </w:r>
            <w:r w:rsidR="00FE06D7">
              <w:rPr>
                <w:rFonts w:ascii="Aptos" w:hAnsi="Aptos"/>
                <w:sz w:val="19"/>
              </w:rPr>
              <w:t>with</w:t>
            </w:r>
            <w:r w:rsidRPr="00014152">
              <w:rPr>
                <w:rFonts w:ascii="Aptos" w:hAnsi="Aptos"/>
                <w:sz w:val="19"/>
              </w:rPr>
              <w:t xml:space="preserve"> grid reference</w:t>
            </w:r>
            <w:r w:rsidR="00FE06D7">
              <w:rPr>
                <w:rFonts w:ascii="Aptos" w:hAnsi="Aptos"/>
                <w:sz w:val="19"/>
              </w:rPr>
              <w:t xml:space="preserve"> where possible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70C58CD" w14:textId="466AA024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70439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92599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FB790E7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  <w:tr w:rsidR="00AD6E64" w:rsidRPr="00014152" w14:paraId="3E3FCB21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F19C37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Species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B02C0D2" w14:textId="0CE044F7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35454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1260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3AC2622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  <w:tr w:rsidR="00AD6E64" w:rsidRPr="00014152" w14:paraId="170EC194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09698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Sex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47E0463" w14:textId="024B86DC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88786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9156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17B0229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  <w:tr w:rsidR="00AD6E64" w:rsidRPr="00014152" w14:paraId="069C59EE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506C9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Approximate age class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3821374" w14:textId="19DAC372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80268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54907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0311917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  <w:tr w:rsidR="00AD6E64" w:rsidRPr="00014152" w14:paraId="5D692BB9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2B962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Carcass weight, where available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FFEA7BD" w14:textId="7B90BE5D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46585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5474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775CDE8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  <w:tr w:rsidR="00AD6E64" w:rsidRPr="00014152" w14:paraId="2595027B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BF4E5F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Condition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42E5726" w14:textId="2328B532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7349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47305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0D20EF7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  <w:tr w:rsidR="00AD6E64" w:rsidRPr="00014152" w14:paraId="4F365153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8CFFF9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Disease or abnormality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C44E4C0" w14:textId="33546105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27682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77463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A0865CE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  <w:tr w:rsidR="00AD6E64" w:rsidRPr="00014152" w14:paraId="0A33C517" w14:textId="77777777">
        <w:trPr>
          <w:jc w:val="center"/>
        </w:trPr>
        <w:tc>
          <w:tcPr>
            <w:tcW w:w="4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DAAD8C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Notes on deer activity, damage or welfare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D40D03D" w14:textId="3ECAB23B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79398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153114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E64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AD6E64" w:rsidRPr="00014152">
              <w:rPr>
                <w:rFonts w:ascii="Aptos" w:hAnsi="Aptos"/>
                <w:sz w:val="19"/>
              </w:rPr>
              <w:t xml:space="preserve"> No</w:t>
            </w:r>
          </w:p>
        </w:tc>
        <w:tc>
          <w:tcPr>
            <w:tcW w:w="30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A81A214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</w:p>
        </w:tc>
      </w:tr>
    </w:tbl>
    <w:p w14:paraId="5A5B1228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7F1CC570" w14:textId="004B0DBF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11.1 Please explain your proposed reporting format and frequency.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67E903DD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DCF61D6" w14:textId="1EB418D0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513149924"/>
                <w:placeholder>
                  <w:docPart w:val="33F561CD9E7D4618B8049E4932C92491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629C3CEA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71462D2B" w14:textId="500172C1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11.2 Please explain how you would report land management observations, including deer activity, damage, browsing pressure, fence/gate issues, livestock concerns, public access concerns or safety issues.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242CEB3B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C3FBC70" w14:textId="4C542BBD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157493437"/>
                <w:placeholder>
                  <w:docPart w:val="C459D3E701C641538F0C6E7649479465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0AE60AB5" w14:textId="77777777" w:rsidR="00AD6E64" w:rsidRPr="00014152" w:rsidRDefault="00AD6E64">
      <w:pPr>
        <w:rPr>
          <w:rFonts w:ascii="Aptos" w:hAnsi="Aptos"/>
          <w:b/>
          <w:sz w:val="20"/>
        </w:rPr>
      </w:pPr>
    </w:p>
    <w:p w14:paraId="6A490867" w14:textId="4D4FD688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b/>
          <w:sz w:val="20"/>
        </w:rPr>
        <w:t>11.3 Please confirm your availability for an annual review meeting and any interim review meetings if required.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F6149E" w:rsidRPr="00014152" w14:paraId="018E9352" w14:textId="77777777">
        <w:trPr>
          <w:jc w:val="center"/>
        </w:trPr>
        <w:tc>
          <w:tcPr>
            <w:tcW w:w="9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ED44CAF" w14:textId="48B91B5F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2029991308"/>
                <w:placeholder>
                  <w:docPart w:val="9B6979F4381B4C938FAF2863B3BAC27D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55B657AD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</w:rPr>
        <w:br w:type="page"/>
      </w:r>
    </w:p>
    <w:p w14:paraId="4F4E6C1A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12. Equipment and Access Requirements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6"/>
        <w:gridCol w:w="5903"/>
      </w:tblGrid>
      <w:tr w:rsidR="00AD6E64" w:rsidRPr="00014152" w14:paraId="159B797F" w14:textId="77777777">
        <w:trPr>
          <w:jc w:val="center"/>
        </w:trPr>
        <w:tc>
          <w:tcPr>
            <w:tcW w:w="3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0E96081A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Rifles and ammunition type</w:t>
            </w:r>
          </w:p>
        </w:tc>
        <w:tc>
          <w:tcPr>
            <w:tcW w:w="59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CC17B14" w14:textId="79FCCD86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70328522"/>
                <w:placeholder>
                  <w:docPart w:val="C7105EEC6C844D0E81BF568A87AD2D83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D6E64" w:rsidRPr="00014152" w14:paraId="33ABE497" w14:textId="77777777">
        <w:trPr>
          <w:jc w:val="center"/>
        </w:trPr>
        <w:tc>
          <w:tcPr>
            <w:tcW w:w="3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0890BEB4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Thermal equipment</w:t>
            </w:r>
          </w:p>
        </w:tc>
        <w:tc>
          <w:tcPr>
            <w:tcW w:w="59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3F0B065" w14:textId="13C5B7A3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885636382"/>
                <w:placeholder>
                  <w:docPart w:val="0A691B99D1724FEEA6B0D26BE9834BC3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D6E64" w:rsidRPr="00014152" w14:paraId="1FD1E4C4" w14:textId="77777777">
        <w:trPr>
          <w:jc w:val="center"/>
        </w:trPr>
        <w:tc>
          <w:tcPr>
            <w:tcW w:w="3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646D3CC9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High seats</w:t>
            </w:r>
          </w:p>
        </w:tc>
        <w:tc>
          <w:tcPr>
            <w:tcW w:w="59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DC1D33F" w14:textId="6D7A1829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237702556"/>
                <w:placeholder>
                  <w:docPart w:val="C08A66F1F990427C97E39A537801DE5B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D6E64" w:rsidRPr="00014152" w14:paraId="33DC1128" w14:textId="77777777">
        <w:trPr>
          <w:jc w:val="center"/>
        </w:trPr>
        <w:tc>
          <w:tcPr>
            <w:tcW w:w="3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5241F49D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Deer dog</w:t>
            </w:r>
          </w:p>
        </w:tc>
        <w:tc>
          <w:tcPr>
            <w:tcW w:w="59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7521AD4" w14:textId="5375D7A2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877313867"/>
                <w:placeholder>
                  <w:docPart w:val="478F641F8ADA45789C9C1C991D6D0EAD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D6E64" w:rsidRPr="00014152" w14:paraId="7C56E8AF" w14:textId="77777777">
        <w:trPr>
          <w:jc w:val="center"/>
        </w:trPr>
        <w:tc>
          <w:tcPr>
            <w:tcW w:w="3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1C8AF2B7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Carcass extraction equipment</w:t>
            </w:r>
          </w:p>
        </w:tc>
        <w:tc>
          <w:tcPr>
            <w:tcW w:w="59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98E1F63" w14:textId="2DAAAB38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161225257"/>
                <w:placeholder>
                  <w:docPart w:val="45D1AC3BFC664C819DC619FBBAE44F38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D6E64" w:rsidRPr="00014152" w14:paraId="3C1F7E1F" w14:textId="77777777">
        <w:trPr>
          <w:jc w:val="center"/>
        </w:trPr>
        <w:tc>
          <w:tcPr>
            <w:tcW w:w="3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2D298BF8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ATV / 4x4 / boat / trailer access</w:t>
            </w:r>
          </w:p>
        </w:tc>
        <w:tc>
          <w:tcPr>
            <w:tcW w:w="59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DEB6F74" w14:textId="1A9AC562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860859581"/>
                <w:placeholder>
                  <w:docPart w:val="246425016D524E5D9392F263BA4AA9B4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D6E64" w:rsidRPr="00014152" w14:paraId="614DA0E1" w14:textId="77777777">
        <w:trPr>
          <w:jc w:val="center"/>
        </w:trPr>
        <w:tc>
          <w:tcPr>
            <w:tcW w:w="3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1F3641F5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Carcass storage / chiller</w:t>
            </w:r>
          </w:p>
        </w:tc>
        <w:tc>
          <w:tcPr>
            <w:tcW w:w="59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F8D0D8C" w14:textId="56A87135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477040717"/>
                <w:placeholder>
                  <w:docPart w:val="21C9EA69C4F7469F9DBD0449F479BB4A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D6E64" w:rsidRPr="00014152" w14:paraId="3C84760C" w14:textId="77777777">
        <w:trPr>
          <w:jc w:val="center"/>
        </w:trPr>
        <w:tc>
          <w:tcPr>
            <w:tcW w:w="3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7A21BCAA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First aid and emergency equipment</w:t>
            </w:r>
          </w:p>
        </w:tc>
        <w:tc>
          <w:tcPr>
            <w:tcW w:w="59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B4FB94B" w14:textId="7D66A8A4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077441037"/>
                <w:placeholder>
                  <w:docPart w:val="EBB443BBD17744319C9957A6EB1EC040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AD6E64" w:rsidRPr="00014152" w14:paraId="438BC378" w14:textId="77777777">
        <w:trPr>
          <w:jc w:val="center"/>
        </w:trPr>
        <w:tc>
          <w:tcPr>
            <w:tcW w:w="3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40B17151" w14:textId="77777777" w:rsidR="00AD6E64" w:rsidRPr="00014152" w:rsidRDefault="00AD6E64" w:rsidP="00AD6E64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Any access routes, extraction points or infrastructure needed from NWMCWC</w:t>
            </w:r>
          </w:p>
        </w:tc>
        <w:tc>
          <w:tcPr>
            <w:tcW w:w="59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2550AC9" w14:textId="0CFAC87B" w:rsidR="00AD6E64" w:rsidRPr="00014152" w:rsidRDefault="00000000" w:rsidP="00AD6E64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773164179"/>
                <w:placeholder>
                  <w:docPart w:val="3387A8E9F05B469CB52C4C4CC7EE4B06"/>
                </w:placeholder>
                <w:showingPlcHdr/>
                <w:text/>
              </w:sdtPr>
              <w:sdtContent>
                <w:r w:rsidR="00AD6E64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63D6B592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t>13. Commercial Proposal / Pricing</w:t>
      </w:r>
    </w:p>
    <w:p w14:paraId="4D42D2B4" w14:textId="31581B0A" w:rsidR="007C63BB" w:rsidRDefault="007C63BB" w:rsidP="005C60C6">
      <w:pPr>
        <w:spacing w:before="240" w:after="0"/>
        <w:rPr>
          <w:rFonts w:ascii="Aptos" w:hAnsi="Aptos"/>
          <w:b/>
          <w:sz w:val="20"/>
        </w:rPr>
      </w:pPr>
      <w:r w:rsidRPr="00542349">
        <w:rPr>
          <w:rFonts w:ascii="Aptos" w:hAnsi="Aptos"/>
          <w:b/>
          <w:sz w:val="20"/>
        </w:rPr>
        <w:t>13.</w:t>
      </w:r>
      <w:r>
        <w:rPr>
          <w:rFonts w:ascii="Aptos" w:hAnsi="Aptos"/>
          <w:b/>
          <w:sz w:val="20"/>
        </w:rPr>
        <w:t>1</w:t>
      </w:r>
      <w:r w:rsidRPr="00542349">
        <w:rPr>
          <w:rFonts w:ascii="Aptos" w:hAnsi="Aptos"/>
          <w:b/>
          <w:sz w:val="20"/>
        </w:rPr>
        <w:t xml:space="preserve"> Proposed </w:t>
      </w:r>
      <w:r>
        <w:rPr>
          <w:rFonts w:ascii="Aptos" w:hAnsi="Aptos"/>
          <w:b/>
          <w:sz w:val="20"/>
        </w:rPr>
        <w:t>commercial model</w:t>
      </w:r>
    </w:p>
    <w:p w14:paraId="179A1AE9" w14:textId="1DFF8678" w:rsidR="007C63BB" w:rsidRPr="00542349" w:rsidRDefault="007C63BB" w:rsidP="007C63BB">
      <w:pPr>
        <w:rPr>
          <w:rFonts w:ascii="Aptos" w:hAnsi="Aptos"/>
          <w:b/>
          <w:sz w:val="20"/>
        </w:rPr>
      </w:pPr>
      <w:r>
        <w:rPr>
          <w:rFonts w:ascii="Aptos" w:hAnsi="Aptos"/>
          <w:i/>
          <w:color w:val="5A5A5A"/>
          <w:sz w:val="18"/>
        </w:rPr>
        <w:t>Select all that apply</w:t>
      </w:r>
    </w:p>
    <w:tbl>
      <w:tblPr>
        <w:tblStyle w:val="TableGrid"/>
        <w:tblW w:w="0" w:type="auto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4269"/>
        <w:gridCol w:w="2498"/>
        <w:gridCol w:w="2499"/>
      </w:tblGrid>
      <w:tr w:rsidR="00691A7D" w:rsidRPr="00014152" w14:paraId="3844DCF8" w14:textId="77777777" w:rsidTr="000B0A0A">
        <w:trPr>
          <w:jc w:val="center"/>
        </w:trPr>
        <w:tc>
          <w:tcPr>
            <w:tcW w:w="4269" w:type="dxa"/>
            <w:shd w:val="clear" w:color="auto" w:fill="DDEBF0"/>
          </w:tcPr>
          <w:p w14:paraId="6A510D5C" w14:textId="01163535" w:rsidR="00691A7D" w:rsidRPr="000B0A0A" w:rsidRDefault="00691A7D" w:rsidP="005C60C6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Proposed</w:t>
            </w:r>
            <w:r w:rsidR="000B0A0A">
              <w:rPr>
                <w:rFonts w:ascii="Aptos" w:hAnsi="Aptos"/>
                <w:sz w:val="19"/>
              </w:rPr>
              <w:t xml:space="preserve"> </w:t>
            </w:r>
            <w:r w:rsidRPr="000B0A0A">
              <w:rPr>
                <w:rFonts w:ascii="Aptos" w:hAnsi="Aptos"/>
                <w:sz w:val="19"/>
              </w:rPr>
              <w:t>commercial model</w:t>
            </w:r>
          </w:p>
        </w:tc>
        <w:tc>
          <w:tcPr>
            <w:tcW w:w="2498" w:type="dxa"/>
            <w:shd w:val="clear" w:color="auto" w:fill="DDEBF0"/>
          </w:tcPr>
          <w:p w14:paraId="427A687A" w14:textId="77777777" w:rsidR="00691A7D" w:rsidRPr="000B0A0A" w:rsidRDefault="00691A7D" w:rsidP="005C60C6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Lot 1: Ulva</w:t>
            </w:r>
          </w:p>
        </w:tc>
        <w:tc>
          <w:tcPr>
            <w:tcW w:w="2499" w:type="dxa"/>
            <w:shd w:val="clear" w:color="auto" w:fill="DDEBF0"/>
          </w:tcPr>
          <w:p w14:paraId="6D06E151" w14:textId="4CEB471E" w:rsidR="00691A7D" w:rsidRPr="000B0A0A" w:rsidRDefault="00691A7D" w:rsidP="005C60C6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 xml:space="preserve">Lot 2: </w:t>
            </w:r>
            <w:proofErr w:type="spellStart"/>
            <w:r w:rsidRPr="000B0A0A">
              <w:rPr>
                <w:rFonts w:ascii="Aptos" w:hAnsi="Aptos"/>
                <w:sz w:val="19"/>
              </w:rPr>
              <w:t>Langamull</w:t>
            </w:r>
            <w:proofErr w:type="spellEnd"/>
            <w:r w:rsidRPr="000B0A0A">
              <w:rPr>
                <w:rFonts w:ascii="Aptos" w:hAnsi="Aptos"/>
                <w:sz w:val="19"/>
              </w:rPr>
              <w:t xml:space="preserve"> Woodland</w:t>
            </w:r>
            <w:r w:rsidR="001F5D65">
              <w:rPr>
                <w:rFonts w:ascii="Aptos" w:hAnsi="Aptos"/>
                <w:sz w:val="19"/>
              </w:rPr>
              <w:t>s</w:t>
            </w:r>
            <w:r w:rsidRPr="000B0A0A">
              <w:rPr>
                <w:rFonts w:ascii="Aptos" w:hAnsi="Aptos"/>
                <w:sz w:val="19"/>
              </w:rPr>
              <w:t xml:space="preserve"> &amp; West </w:t>
            </w:r>
            <w:proofErr w:type="spellStart"/>
            <w:r w:rsidRPr="000B0A0A">
              <w:rPr>
                <w:rFonts w:ascii="Aptos" w:hAnsi="Aptos"/>
                <w:sz w:val="19"/>
              </w:rPr>
              <w:t>Ardhu</w:t>
            </w:r>
            <w:proofErr w:type="spellEnd"/>
          </w:p>
        </w:tc>
      </w:tr>
      <w:tr w:rsidR="000B0A0A" w:rsidRPr="00014152" w14:paraId="7A0A54D7" w14:textId="77777777" w:rsidTr="000B0A0A">
        <w:trPr>
          <w:trHeight w:val="296"/>
          <w:jc w:val="center"/>
        </w:trPr>
        <w:tc>
          <w:tcPr>
            <w:tcW w:w="4269" w:type="dxa"/>
            <w:shd w:val="clear" w:color="auto" w:fill="DDEBF0"/>
            <w:vAlign w:val="center"/>
          </w:tcPr>
          <w:p w14:paraId="44DDDE79" w14:textId="1524DDF1" w:rsidR="000B0A0A" w:rsidRPr="000B0A0A" w:rsidRDefault="000B0A0A" w:rsidP="000B0A0A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Carcass retention only</w:t>
            </w:r>
          </w:p>
        </w:tc>
        <w:tc>
          <w:tcPr>
            <w:tcW w:w="2498" w:type="dxa"/>
            <w:shd w:val="clear" w:color="auto" w:fill="F2F2F2"/>
          </w:tcPr>
          <w:p w14:paraId="56DBAB44" w14:textId="42CEDD34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-149664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0DDC">
                  <w:rPr>
                    <w:rFonts w:ascii="MS Gothic" w:eastAsia="MS Gothic" w:hAnsi="MS Gothic" w:hint="eastAsia"/>
                    <w:sz w:val="19"/>
                  </w:rPr>
                  <w:t>☐</w:t>
                </w:r>
              </w:sdtContent>
            </w:sdt>
          </w:p>
        </w:tc>
        <w:tc>
          <w:tcPr>
            <w:tcW w:w="2499" w:type="dxa"/>
            <w:shd w:val="clear" w:color="auto" w:fill="F2F2F2"/>
          </w:tcPr>
          <w:p w14:paraId="12740201" w14:textId="1602449C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173088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</w:tr>
      <w:tr w:rsidR="000B0A0A" w:rsidRPr="00014152" w14:paraId="5CFD03B2" w14:textId="77777777" w:rsidTr="000B0A0A">
        <w:trPr>
          <w:trHeight w:val="296"/>
          <w:jc w:val="center"/>
        </w:trPr>
        <w:tc>
          <w:tcPr>
            <w:tcW w:w="4269" w:type="dxa"/>
            <w:shd w:val="clear" w:color="auto" w:fill="DDEBF0"/>
            <w:vAlign w:val="center"/>
          </w:tcPr>
          <w:p w14:paraId="7965B410" w14:textId="42632C3C" w:rsidR="000B0A0A" w:rsidRPr="000B0A0A" w:rsidRDefault="000B0A0A" w:rsidP="000B0A0A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Carcass retention plus agreed expenses</w:t>
            </w:r>
          </w:p>
        </w:tc>
        <w:tc>
          <w:tcPr>
            <w:tcW w:w="2498" w:type="dxa"/>
            <w:shd w:val="clear" w:color="auto" w:fill="F2F2F2"/>
          </w:tcPr>
          <w:p w14:paraId="4C7DADF2" w14:textId="1CE15E70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59502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  <w:tc>
          <w:tcPr>
            <w:tcW w:w="2499" w:type="dxa"/>
            <w:shd w:val="clear" w:color="auto" w:fill="F2F2F2"/>
          </w:tcPr>
          <w:p w14:paraId="6A6E19DF" w14:textId="6702042E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53503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</w:tr>
      <w:tr w:rsidR="000B0A0A" w:rsidRPr="00014152" w14:paraId="2F804F91" w14:textId="77777777" w:rsidTr="000B0A0A">
        <w:trPr>
          <w:trHeight w:val="296"/>
          <w:jc w:val="center"/>
        </w:trPr>
        <w:tc>
          <w:tcPr>
            <w:tcW w:w="4269" w:type="dxa"/>
            <w:shd w:val="clear" w:color="auto" w:fill="DDEBF0"/>
            <w:vAlign w:val="center"/>
          </w:tcPr>
          <w:p w14:paraId="7183B600" w14:textId="71A4D0C9" w:rsidR="000B0A0A" w:rsidRPr="000B0A0A" w:rsidRDefault="000B0A0A" w:rsidP="000B0A0A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Payment per carcass</w:t>
            </w:r>
          </w:p>
        </w:tc>
        <w:tc>
          <w:tcPr>
            <w:tcW w:w="2498" w:type="dxa"/>
            <w:shd w:val="clear" w:color="auto" w:fill="F2F2F2"/>
          </w:tcPr>
          <w:p w14:paraId="257AFF3E" w14:textId="2E8F3218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43418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  <w:tc>
          <w:tcPr>
            <w:tcW w:w="2499" w:type="dxa"/>
            <w:shd w:val="clear" w:color="auto" w:fill="F2F2F2"/>
          </w:tcPr>
          <w:p w14:paraId="05A3B67C" w14:textId="3876032F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49648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</w:tr>
      <w:tr w:rsidR="000B0A0A" w:rsidRPr="00014152" w14:paraId="5595041F" w14:textId="77777777" w:rsidTr="000B0A0A">
        <w:trPr>
          <w:trHeight w:val="272"/>
          <w:jc w:val="center"/>
        </w:trPr>
        <w:tc>
          <w:tcPr>
            <w:tcW w:w="4269" w:type="dxa"/>
            <w:shd w:val="clear" w:color="auto" w:fill="DDEBF0"/>
            <w:vAlign w:val="center"/>
          </w:tcPr>
          <w:p w14:paraId="1D317D65" w14:textId="5AEAAACD" w:rsidR="000B0A0A" w:rsidRPr="00014152" w:rsidRDefault="000B0A0A" w:rsidP="000B0A0A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Day rate</w:t>
            </w:r>
          </w:p>
        </w:tc>
        <w:tc>
          <w:tcPr>
            <w:tcW w:w="2498" w:type="dxa"/>
            <w:shd w:val="clear" w:color="auto" w:fill="F2F2F2"/>
          </w:tcPr>
          <w:p w14:paraId="7EFEB2EB" w14:textId="3942F045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-19291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  <w:tc>
          <w:tcPr>
            <w:tcW w:w="2499" w:type="dxa"/>
            <w:shd w:val="clear" w:color="auto" w:fill="F2F2F2"/>
          </w:tcPr>
          <w:p w14:paraId="4F3D591A" w14:textId="6E9CFED5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115403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</w:tr>
      <w:tr w:rsidR="000B0A0A" w:rsidRPr="00014152" w14:paraId="3967F85B" w14:textId="77777777" w:rsidTr="000B0A0A">
        <w:trPr>
          <w:trHeight w:val="272"/>
          <w:jc w:val="center"/>
        </w:trPr>
        <w:tc>
          <w:tcPr>
            <w:tcW w:w="4269" w:type="dxa"/>
            <w:shd w:val="clear" w:color="auto" w:fill="DDEBF0"/>
            <w:vAlign w:val="center"/>
          </w:tcPr>
          <w:p w14:paraId="1B016835" w14:textId="64AF9F03" w:rsidR="000B0A0A" w:rsidRPr="000B0A0A" w:rsidRDefault="000B0A0A" w:rsidP="000B0A0A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Fixed fee / retainer</w:t>
            </w:r>
          </w:p>
        </w:tc>
        <w:tc>
          <w:tcPr>
            <w:tcW w:w="2498" w:type="dxa"/>
            <w:shd w:val="clear" w:color="auto" w:fill="F2F2F2"/>
          </w:tcPr>
          <w:p w14:paraId="20077114" w14:textId="6F4B3C7F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-134108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  <w:tc>
          <w:tcPr>
            <w:tcW w:w="2499" w:type="dxa"/>
            <w:shd w:val="clear" w:color="auto" w:fill="F2F2F2"/>
          </w:tcPr>
          <w:p w14:paraId="5889CC1A" w14:textId="7BB3B8DA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80234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</w:tr>
      <w:tr w:rsidR="000B0A0A" w:rsidRPr="00014152" w14:paraId="298E8EE5" w14:textId="77777777" w:rsidTr="000B0A0A">
        <w:trPr>
          <w:trHeight w:val="272"/>
          <w:jc w:val="center"/>
        </w:trPr>
        <w:tc>
          <w:tcPr>
            <w:tcW w:w="4269" w:type="dxa"/>
            <w:shd w:val="clear" w:color="auto" w:fill="DDEBF0"/>
            <w:vAlign w:val="center"/>
          </w:tcPr>
          <w:p w14:paraId="1726FB4A" w14:textId="466681E4" w:rsidR="000B0A0A" w:rsidRPr="000B0A0A" w:rsidRDefault="000B0A0A" w:rsidP="000B0A0A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Emergency call-out charge</w:t>
            </w:r>
          </w:p>
        </w:tc>
        <w:tc>
          <w:tcPr>
            <w:tcW w:w="2498" w:type="dxa"/>
            <w:shd w:val="clear" w:color="auto" w:fill="F2F2F2"/>
          </w:tcPr>
          <w:p w14:paraId="4D82FE4E" w14:textId="2604BA35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175700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  <w:tc>
          <w:tcPr>
            <w:tcW w:w="2499" w:type="dxa"/>
            <w:shd w:val="clear" w:color="auto" w:fill="F2F2F2"/>
          </w:tcPr>
          <w:p w14:paraId="3562C78F" w14:textId="5FA2A269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190517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</w:tr>
      <w:tr w:rsidR="000B0A0A" w:rsidRPr="00014152" w14:paraId="67EAD7F9" w14:textId="77777777" w:rsidTr="000B0A0A">
        <w:trPr>
          <w:trHeight w:val="272"/>
          <w:jc w:val="center"/>
        </w:trPr>
        <w:tc>
          <w:tcPr>
            <w:tcW w:w="4269" w:type="dxa"/>
            <w:shd w:val="clear" w:color="auto" w:fill="DDEBF0"/>
            <w:vAlign w:val="center"/>
          </w:tcPr>
          <w:p w14:paraId="64AC9AE0" w14:textId="376C6897" w:rsidR="000B0A0A" w:rsidRPr="000B0A0A" w:rsidRDefault="000B0A0A" w:rsidP="000B0A0A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Other</w:t>
            </w:r>
          </w:p>
        </w:tc>
        <w:tc>
          <w:tcPr>
            <w:tcW w:w="2498" w:type="dxa"/>
            <w:shd w:val="clear" w:color="auto" w:fill="F2F2F2"/>
          </w:tcPr>
          <w:p w14:paraId="4CBE75F1" w14:textId="70D8432D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102028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  <w:tc>
          <w:tcPr>
            <w:tcW w:w="2499" w:type="dxa"/>
            <w:shd w:val="clear" w:color="auto" w:fill="F2F2F2"/>
          </w:tcPr>
          <w:p w14:paraId="41BF6DFA" w14:textId="677A77D5" w:rsidR="000B0A0A" w:rsidRPr="00014152" w:rsidRDefault="00000000" w:rsidP="000B0A0A">
            <w:pPr>
              <w:spacing w:after="40"/>
              <w:jc w:val="center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-9263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A0A" w:rsidRPr="006E4337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</w:p>
        </w:tc>
      </w:tr>
      <w:tr w:rsidR="00FF3181" w:rsidRPr="00014152" w14:paraId="24E49D03" w14:textId="77777777" w:rsidTr="008B1789">
        <w:trPr>
          <w:trHeight w:val="272"/>
          <w:jc w:val="center"/>
        </w:trPr>
        <w:tc>
          <w:tcPr>
            <w:tcW w:w="4269" w:type="dxa"/>
            <w:shd w:val="clear" w:color="auto" w:fill="DDEBF0"/>
            <w:vAlign w:val="center"/>
          </w:tcPr>
          <w:p w14:paraId="3D5CED9A" w14:textId="361AB597" w:rsidR="00FF3181" w:rsidRPr="00FF3181" w:rsidRDefault="00FF3181" w:rsidP="000B0A0A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 w:rsidRPr="00FF3181">
              <w:rPr>
                <w:rFonts w:ascii="Aptos" w:hAnsi="Aptos"/>
                <w:sz w:val="19"/>
                <w:lang w:val="en-GB"/>
              </w:rPr>
              <w:t>If “Other”, please explain:</w:t>
            </w:r>
          </w:p>
        </w:tc>
        <w:tc>
          <w:tcPr>
            <w:tcW w:w="4997" w:type="dxa"/>
            <w:gridSpan w:val="2"/>
            <w:shd w:val="clear" w:color="auto" w:fill="F2F2F2"/>
          </w:tcPr>
          <w:p w14:paraId="662497E8" w14:textId="77728AB5" w:rsidR="00FF3181" w:rsidRPr="006E4337" w:rsidRDefault="00000000" w:rsidP="00FF3181">
            <w:pPr>
              <w:spacing w:after="40"/>
              <w:rPr>
                <w:rFonts w:ascii="Aptos" w:hAnsi="Aptos"/>
                <w:sz w:val="19"/>
              </w:rPr>
            </w:pPr>
            <w:sdt>
              <w:sdtPr>
                <w:rPr>
                  <w:rFonts w:ascii="Aptos" w:hAnsi="Aptos"/>
                  <w:sz w:val="19"/>
                </w:rPr>
                <w:id w:val="2127733686"/>
                <w:placeholder>
                  <w:docPart w:val="920CC02B13054F62AE63BF1901777D9C"/>
                </w:placeholder>
                <w:showingPlcHdr/>
                <w:text/>
              </w:sdtPr>
              <w:sdtContent>
                <w:r w:rsidR="00FF3181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6F31332E" w14:textId="77777777" w:rsidR="00542349" w:rsidRDefault="00542349" w:rsidP="00542349">
      <w:pPr>
        <w:spacing w:before="240" w:after="0"/>
        <w:rPr>
          <w:rFonts w:ascii="Aptos" w:hAnsi="Aptos"/>
          <w:b/>
          <w:sz w:val="20"/>
        </w:rPr>
      </w:pPr>
      <w:r w:rsidRPr="00542349">
        <w:rPr>
          <w:rFonts w:ascii="Aptos" w:hAnsi="Aptos"/>
          <w:b/>
          <w:sz w:val="20"/>
        </w:rPr>
        <w:t>13.2 Proposed rates and costs</w:t>
      </w:r>
    </w:p>
    <w:p w14:paraId="4C4F8E33" w14:textId="203C734B" w:rsidR="00B66BAE" w:rsidRPr="007C63BB" w:rsidRDefault="00542349">
      <w:pPr>
        <w:rPr>
          <w:rFonts w:ascii="Aptos" w:hAnsi="Aptos"/>
          <w:b/>
          <w:sz w:val="20"/>
        </w:rPr>
      </w:pPr>
      <w:r w:rsidRPr="00542349">
        <w:rPr>
          <w:rFonts w:ascii="Aptos" w:hAnsi="Aptos"/>
          <w:i/>
          <w:color w:val="5A5A5A"/>
          <w:sz w:val="18"/>
        </w:rPr>
        <w:t>Please complete the table below for each lot you are applying for</w:t>
      </w:r>
    </w:p>
    <w:tbl>
      <w:tblPr>
        <w:tblStyle w:val="TableGrid"/>
        <w:tblW w:w="10068" w:type="dxa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2551"/>
        <w:gridCol w:w="34"/>
        <w:gridCol w:w="2518"/>
        <w:gridCol w:w="2563"/>
      </w:tblGrid>
      <w:tr w:rsidR="00A32AA9" w:rsidRPr="000B0A0A" w14:paraId="63986277" w14:textId="046A1016" w:rsidTr="00A32AA9">
        <w:trPr>
          <w:jc w:val="center"/>
        </w:trPr>
        <w:tc>
          <w:tcPr>
            <w:tcW w:w="2402" w:type="dxa"/>
            <w:shd w:val="clear" w:color="auto" w:fill="DDEBF0"/>
          </w:tcPr>
          <w:p w14:paraId="1D1F56A8" w14:textId="6C73C7A0" w:rsidR="00A32AA9" w:rsidRPr="000B0A0A" w:rsidRDefault="00A32AA9" w:rsidP="005C60C6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Cost / rate</w:t>
            </w:r>
          </w:p>
        </w:tc>
        <w:tc>
          <w:tcPr>
            <w:tcW w:w="2551" w:type="dxa"/>
            <w:shd w:val="clear" w:color="auto" w:fill="DDEBF0"/>
          </w:tcPr>
          <w:p w14:paraId="564C2B2B" w14:textId="77777777" w:rsidR="00A32AA9" w:rsidRPr="000B0A0A" w:rsidRDefault="00A32AA9" w:rsidP="005C60C6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>Lot 1: Ulva</w:t>
            </w:r>
          </w:p>
        </w:tc>
        <w:tc>
          <w:tcPr>
            <w:tcW w:w="2552" w:type="dxa"/>
            <w:gridSpan w:val="2"/>
            <w:shd w:val="clear" w:color="auto" w:fill="DDEBF0"/>
          </w:tcPr>
          <w:p w14:paraId="4320FD0B" w14:textId="3CBE2D0F" w:rsidR="00A32AA9" w:rsidRPr="000B0A0A" w:rsidRDefault="00A32AA9" w:rsidP="005C60C6">
            <w:pPr>
              <w:spacing w:after="40"/>
              <w:rPr>
                <w:rFonts w:ascii="Aptos" w:hAnsi="Aptos"/>
                <w:sz w:val="19"/>
              </w:rPr>
            </w:pPr>
            <w:r w:rsidRPr="000B0A0A">
              <w:rPr>
                <w:rFonts w:ascii="Aptos" w:hAnsi="Aptos"/>
                <w:sz w:val="19"/>
              </w:rPr>
              <w:t xml:space="preserve">Lot 2: </w:t>
            </w:r>
            <w:proofErr w:type="spellStart"/>
            <w:r w:rsidR="001F5D65" w:rsidRPr="000B0A0A">
              <w:rPr>
                <w:rFonts w:ascii="Aptos" w:hAnsi="Aptos"/>
                <w:sz w:val="19"/>
              </w:rPr>
              <w:t>Langamull</w:t>
            </w:r>
            <w:proofErr w:type="spellEnd"/>
            <w:r w:rsidR="001F5D65" w:rsidRPr="000B0A0A">
              <w:rPr>
                <w:rFonts w:ascii="Aptos" w:hAnsi="Aptos"/>
                <w:sz w:val="19"/>
              </w:rPr>
              <w:t xml:space="preserve"> Woodland</w:t>
            </w:r>
            <w:r w:rsidR="001F5D65">
              <w:rPr>
                <w:rFonts w:ascii="Aptos" w:hAnsi="Aptos"/>
                <w:sz w:val="19"/>
              </w:rPr>
              <w:t>s</w:t>
            </w:r>
            <w:r w:rsidR="001F5D65" w:rsidRPr="000B0A0A">
              <w:rPr>
                <w:rFonts w:ascii="Aptos" w:hAnsi="Aptos"/>
                <w:sz w:val="19"/>
              </w:rPr>
              <w:t xml:space="preserve"> </w:t>
            </w:r>
            <w:r w:rsidRPr="000B0A0A">
              <w:rPr>
                <w:rFonts w:ascii="Aptos" w:hAnsi="Aptos"/>
                <w:sz w:val="19"/>
              </w:rPr>
              <w:t xml:space="preserve">&amp; West </w:t>
            </w:r>
            <w:proofErr w:type="spellStart"/>
            <w:r w:rsidRPr="000B0A0A">
              <w:rPr>
                <w:rFonts w:ascii="Aptos" w:hAnsi="Aptos"/>
                <w:sz w:val="19"/>
              </w:rPr>
              <w:t>Ardhu</w:t>
            </w:r>
            <w:proofErr w:type="spellEnd"/>
          </w:p>
        </w:tc>
        <w:tc>
          <w:tcPr>
            <w:tcW w:w="2563" w:type="dxa"/>
            <w:shd w:val="clear" w:color="auto" w:fill="DDEBF0"/>
          </w:tcPr>
          <w:p w14:paraId="73F7DCF4" w14:textId="3CDBF580" w:rsidR="00A32AA9" w:rsidRPr="000B0A0A" w:rsidRDefault="00A32AA9" w:rsidP="00A32AA9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Notes / Assumptions</w:t>
            </w:r>
          </w:p>
        </w:tc>
      </w:tr>
      <w:tr w:rsidR="00A32AA9" w:rsidRPr="00014152" w14:paraId="24487D0C" w14:textId="25B02D2F" w:rsidTr="00A32AA9">
        <w:trPr>
          <w:trHeight w:val="296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68065668" w14:textId="6FCE1C35" w:rsidR="00A32AA9" w:rsidRPr="000B0A0A" w:rsidRDefault="00A32AA9" w:rsidP="005C60C6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 xml:space="preserve">Rate per carcass, if applicable </w:t>
            </w:r>
          </w:p>
        </w:tc>
        <w:tc>
          <w:tcPr>
            <w:tcW w:w="2551" w:type="dxa"/>
            <w:shd w:val="clear" w:color="auto" w:fill="F2F2F2"/>
          </w:tcPr>
          <w:p w14:paraId="562DB231" w14:textId="2F1481C5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£</w:t>
            </w:r>
            <w:r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2103531688"/>
                <w:placeholder>
                  <w:docPart w:val="F912F120C57E44EE8C1521183224FFF9"/>
                </w:placeholder>
                <w:showingPlcHdr/>
                <w:text/>
              </w:sdtPr>
              <w:sdtContent>
                <w:r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gridSpan w:val="2"/>
            <w:shd w:val="clear" w:color="auto" w:fill="F2F2F2"/>
          </w:tcPr>
          <w:p w14:paraId="3219D68C" w14:textId="00A0DAF1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£</w:t>
            </w:r>
            <w:r w:rsidRPr="00014152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-1135715366"/>
                <w:placeholder>
                  <w:docPart w:val="729D652288D1459892E38DBDCE9C2DC6"/>
                </w:placeholder>
                <w:showingPlcHdr/>
                <w:text/>
              </w:sdtPr>
              <w:sdtContent>
                <w:r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72C239DD" w14:textId="77777777" w:rsidR="00A32AA9" w:rsidRDefault="00A32AA9" w:rsidP="00AB5221">
            <w:pPr>
              <w:spacing w:after="40"/>
              <w:rPr>
                <w:rFonts w:ascii="Aptos" w:hAnsi="Aptos"/>
                <w:sz w:val="19"/>
              </w:rPr>
            </w:pPr>
          </w:p>
        </w:tc>
      </w:tr>
      <w:tr w:rsidR="00A32AA9" w:rsidRPr="00014152" w14:paraId="6EE6F631" w14:textId="221C5639" w:rsidTr="00A32AA9">
        <w:trPr>
          <w:trHeight w:val="296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0BF1F414" w14:textId="12AABA67" w:rsidR="00A32AA9" w:rsidRPr="000B0A0A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 xml:space="preserve">Day rate, if applicable </w:t>
            </w:r>
          </w:p>
        </w:tc>
        <w:tc>
          <w:tcPr>
            <w:tcW w:w="2551" w:type="dxa"/>
            <w:shd w:val="clear" w:color="auto" w:fill="F2F2F2"/>
          </w:tcPr>
          <w:p w14:paraId="5C2D5804" w14:textId="0398FB90" w:rsidR="00A32AA9" w:rsidRPr="00014152" w:rsidRDefault="00A32AA9" w:rsidP="00AB5221">
            <w:pPr>
              <w:spacing w:after="40"/>
              <w:rPr>
                <w:rFonts w:ascii="Aptos" w:hAnsi="Aptos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1753243509"/>
                <w:placeholder>
                  <w:docPart w:val="E05CA8AF38E74C88AF5963F2092899B9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gridSpan w:val="2"/>
            <w:shd w:val="clear" w:color="auto" w:fill="F2F2F2"/>
          </w:tcPr>
          <w:p w14:paraId="5296667F" w14:textId="4287B234" w:rsidR="00A32AA9" w:rsidRPr="00014152" w:rsidRDefault="00A32AA9" w:rsidP="00AB5221">
            <w:pPr>
              <w:spacing w:after="40"/>
              <w:rPr>
                <w:rFonts w:ascii="Aptos" w:hAnsi="Aptos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2020889771"/>
                <w:placeholder>
                  <w:docPart w:val="7959AFA523864B4DB8907D738B6C0945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342492D0" w14:textId="77777777" w:rsidR="00A32AA9" w:rsidRPr="001E3926" w:rsidRDefault="00A32AA9" w:rsidP="00AB5221">
            <w:pPr>
              <w:spacing w:after="40"/>
              <w:rPr>
                <w:rFonts w:ascii="Aptos" w:hAnsi="Aptos"/>
                <w:sz w:val="19"/>
              </w:rPr>
            </w:pPr>
          </w:p>
        </w:tc>
      </w:tr>
      <w:tr w:rsidR="00A32AA9" w:rsidRPr="00014152" w14:paraId="16180D52" w14:textId="4EABFDD4" w:rsidTr="00A32AA9">
        <w:trPr>
          <w:trHeight w:val="296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2D7FB0C2" w14:textId="22C00294" w:rsidR="00A32AA9" w:rsidRPr="000B0A0A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Fixed fee / retainer, if applicable</w:t>
            </w:r>
          </w:p>
        </w:tc>
        <w:tc>
          <w:tcPr>
            <w:tcW w:w="2551" w:type="dxa"/>
            <w:shd w:val="clear" w:color="auto" w:fill="F2F2F2"/>
          </w:tcPr>
          <w:p w14:paraId="16ACDF2A" w14:textId="1B597172" w:rsidR="00A32AA9" w:rsidRPr="00014152" w:rsidRDefault="00A32AA9" w:rsidP="00AB5221">
            <w:pPr>
              <w:spacing w:after="40"/>
              <w:rPr>
                <w:rFonts w:ascii="Aptos" w:hAnsi="Aptos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884708968"/>
                <w:placeholder>
                  <w:docPart w:val="BD959F20B78947CDB6F561AF714434E0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gridSpan w:val="2"/>
            <w:shd w:val="clear" w:color="auto" w:fill="F2F2F2"/>
          </w:tcPr>
          <w:p w14:paraId="00FA1C30" w14:textId="34790303" w:rsidR="00A32AA9" w:rsidRPr="00014152" w:rsidRDefault="00A32AA9" w:rsidP="00AB5221">
            <w:pPr>
              <w:spacing w:after="40"/>
              <w:rPr>
                <w:rFonts w:ascii="Aptos" w:hAnsi="Aptos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893785127"/>
                <w:placeholder>
                  <w:docPart w:val="5562BEF96F1C4437B76271F806E84495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37358B61" w14:textId="77777777" w:rsidR="00A32AA9" w:rsidRPr="001E3926" w:rsidRDefault="00A32AA9" w:rsidP="00AB5221">
            <w:pPr>
              <w:spacing w:after="40"/>
              <w:rPr>
                <w:rFonts w:ascii="Aptos" w:hAnsi="Aptos"/>
                <w:sz w:val="19"/>
              </w:rPr>
            </w:pPr>
          </w:p>
        </w:tc>
      </w:tr>
      <w:tr w:rsidR="00A32AA9" w:rsidRPr="00014152" w14:paraId="3C186048" w14:textId="14DFB469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33C3B8E4" w14:textId="16FF2431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 xml:space="preserve">Mileage </w:t>
            </w:r>
          </w:p>
        </w:tc>
        <w:tc>
          <w:tcPr>
            <w:tcW w:w="2551" w:type="dxa"/>
            <w:shd w:val="clear" w:color="auto" w:fill="F2F2F2"/>
          </w:tcPr>
          <w:p w14:paraId="7698C759" w14:textId="4F4D4111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1650819160"/>
                <w:placeholder>
                  <w:docPart w:val="FC0FC73114A54155BB5EF1B6505A2F6E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gridSpan w:val="2"/>
            <w:shd w:val="clear" w:color="auto" w:fill="F2F2F2"/>
          </w:tcPr>
          <w:p w14:paraId="5E249296" w14:textId="5537C75A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929392584"/>
                <w:placeholder>
                  <w:docPart w:val="8EE0C2BFF3E84691857014062DAA8483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6518DFD5" w14:textId="2F9F5B8E" w:rsidR="00A32AA9" w:rsidRPr="001E3926" w:rsidRDefault="00EE415F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S</w:t>
            </w:r>
            <w:r w:rsidRPr="00EE415F">
              <w:rPr>
                <w:rFonts w:ascii="Aptos" w:hAnsi="Aptos"/>
                <w:sz w:val="19"/>
              </w:rPr>
              <w:t>tate rate per mile or total estimate</w:t>
            </w:r>
          </w:p>
        </w:tc>
      </w:tr>
      <w:tr w:rsidR="00A32AA9" w:rsidRPr="00014152" w14:paraId="17A364B0" w14:textId="2EA1A6C2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0E327131" w14:textId="38D95CA6" w:rsidR="00A32AA9" w:rsidRPr="000B0A0A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Ferry fares</w:t>
            </w:r>
          </w:p>
        </w:tc>
        <w:tc>
          <w:tcPr>
            <w:tcW w:w="2551" w:type="dxa"/>
            <w:shd w:val="clear" w:color="auto" w:fill="F2F2F2"/>
          </w:tcPr>
          <w:p w14:paraId="402D1FC5" w14:textId="0243BA99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309142159"/>
                <w:placeholder>
                  <w:docPart w:val="F69778900047431ABBFAD029FB4260E8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gridSpan w:val="2"/>
            <w:shd w:val="clear" w:color="auto" w:fill="F2F2F2"/>
          </w:tcPr>
          <w:p w14:paraId="1E28A089" w14:textId="51B6C605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1126817898"/>
                <w:placeholder>
                  <w:docPart w:val="CA1B1AC9F05C45CCBE09E704F53ED05B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0A872DA8" w14:textId="1A668C50" w:rsidR="00A32AA9" w:rsidRPr="001E3926" w:rsidRDefault="00EE415F" w:rsidP="00AB5221">
            <w:pPr>
              <w:spacing w:after="40"/>
              <w:rPr>
                <w:rFonts w:ascii="Aptos" w:hAnsi="Aptos"/>
                <w:sz w:val="19"/>
              </w:rPr>
            </w:pPr>
            <w:r w:rsidRPr="00EE415F">
              <w:rPr>
                <w:rFonts w:ascii="Aptos" w:hAnsi="Aptos"/>
                <w:sz w:val="19"/>
              </w:rPr>
              <w:t>State whether included or additional</w:t>
            </w:r>
          </w:p>
        </w:tc>
      </w:tr>
      <w:tr w:rsidR="00A32AA9" w:rsidRPr="00014152" w14:paraId="58F5067F" w14:textId="5FC2B4EA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725A8143" w14:textId="1D65B323" w:rsidR="00A32AA9" w:rsidRPr="000B0A0A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Boat costs</w:t>
            </w:r>
          </w:p>
        </w:tc>
        <w:tc>
          <w:tcPr>
            <w:tcW w:w="2551" w:type="dxa"/>
            <w:shd w:val="clear" w:color="auto" w:fill="F2F2F2"/>
          </w:tcPr>
          <w:p w14:paraId="151DD291" w14:textId="584F6253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383793541"/>
                <w:placeholder>
                  <w:docPart w:val="85718C265AD24CEF8E17AF9A983294B7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52" w:type="dxa"/>
            <w:gridSpan w:val="2"/>
            <w:shd w:val="clear" w:color="auto" w:fill="F2F2F2"/>
          </w:tcPr>
          <w:p w14:paraId="3423B575" w14:textId="7526BA58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2015303332"/>
                <w:placeholder>
                  <w:docPart w:val="C775575D89B844E98FDF982EE8130370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4BA35477" w14:textId="11987D33" w:rsidR="00A32AA9" w:rsidRPr="001E3926" w:rsidRDefault="00EE415F" w:rsidP="00AB5221">
            <w:pPr>
              <w:spacing w:after="40"/>
              <w:rPr>
                <w:rFonts w:ascii="Aptos" w:hAnsi="Aptos"/>
                <w:sz w:val="19"/>
              </w:rPr>
            </w:pPr>
            <w:r w:rsidRPr="00EE415F">
              <w:rPr>
                <w:rFonts w:ascii="Aptos" w:hAnsi="Aptos"/>
                <w:sz w:val="19"/>
              </w:rPr>
              <w:t>State whether included or additional</w:t>
            </w:r>
          </w:p>
        </w:tc>
      </w:tr>
      <w:tr w:rsidR="00A32AA9" w:rsidRPr="00014152" w14:paraId="40CAAC7A" w14:textId="062DCD0D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4B070A6E" w14:textId="34CE012F" w:rsidR="00A32AA9" w:rsidRPr="000B0A0A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 xml:space="preserve">Ammunition </w:t>
            </w:r>
          </w:p>
        </w:tc>
        <w:tc>
          <w:tcPr>
            <w:tcW w:w="2551" w:type="dxa"/>
            <w:shd w:val="clear" w:color="auto" w:fill="F2F2F2"/>
          </w:tcPr>
          <w:p w14:paraId="6828050F" w14:textId="235E8E58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680317084"/>
                <w:placeholder>
                  <w:docPart w:val="5D57DDD3B18B4B16B69EB5F8BA68CF3A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 xml:space="preserve">Click or tap here to </w:t>
                </w:r>
                <w:r w:rsidRPr="001E3926">
                  <w:rPr>
                    <w:rStyle w:val="PlaceholderText"/>
                    <w:rFonts w:ascii="Aptos" w:hAnsi="Aptos"/>
                  </w:rPr>
                  <w:lastRenderedPageBreak/>
                  <w:t>enter text.</w:t>
                </w:r>
              </w:sdtContent>
            </w:sdt>
          </w:p>
        </w:tc>
        <w:tc>
          <w:tcPr>
            <w:tcW w:w="2552" w:type="dxa"/>
            <w:gridSpan w:val="2"/>
            <w:shd w:val="clear" w:color="auto" w:fill="F2F2F2"/>
          </w:tcPr>
          <w:p w14:paraId="62570E41" w14:textId="5009598D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lastRenderedPageBreak/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457414599"/>
                <w:placeholder>
                  <w:docPart w:val="025449E4B71745FA89292487871B7DE1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 xml:space="preserve">Click or tap here to </w:t>
                </w:r>
                <w:r w:rsidRPr="001E3926">
                  <w:rPr>
                    <w:rStyle w:val="PlaceholderText"/>
                    <w:rFonts w:ascii="Aptos" w:hAnsi="Aptos"/>
                  </w:rPr>
                  <w:lastRenderedPageBreak/>
                  <w:t>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26201589" w14:textId="410AA7C8" w:rsidR="00A32AA9" w:rsidRPr="001E3926" w:rsidRDefault="00EE415F" w:rsidP="00AB5221">
            <w:pPr>
              <w:spacing w:after="40"/>
              <w:rPr>
                <w:rFonts w:ascii="Aptos" w:hAnsi="Aptos"/>
                <w:sz w:val="19"/>
              </w:rPr>
            </w:pPr>
            <w:r w:rsidRPr="00EE415F">
              <w:rPr>
                <w:rFonts w:ascii="Aptos" w:hAnsi="Aptos"/>
                <w:sz w:val="19"/>
              </w:rPr>
              <w:lastRenderedPageBreak/>
              <w:t xml:space="preserve">State whether included or </w:t>
            </w:r>
            <w:r w:rsidRPr="00EE415F">
              <w:rPr>
                <w:rFonts w:ascii="Aptos" w:hAnsi="Aptos"/>
                <w:sz w:val="19"/>
              </w:rPr>
              <w:lastRenderedPageBreak/>
              <w:t>additional</w:t>
            </w:r>
          </w:p>
        </w:tc>
      </w:tr>
      <w:tr w:rsidR="00A32AA9" w:rsidRPr="006E4337" w14:paraId="2D612C3B" w14:textId="1EC24571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3A47AE7F" w14:textId="3F148D70" w:rsidR="00A32AA9" w:rsidRPr="00FF3181" w:rsidRDefault="00A32AA9" w:rsidP="00AB5221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>
              <w:rPr>
                <w:rFonts w:ascii="Aptos" w:hAnsi="Aptos"/>
                <w:sz w:val="19"/>
                <w:lang w:val="en-GB"/>
              </w:rPr>
              <w:lastRenderedPageBreak/>
              <w:t>Island weighting for Ulva</w:t>
            </w:r>
          </w:p>
        </w:tc>
        <w:tc>
          <w:tcPr>
            <w:tcW w:w="2585" w:type="dxa"/>
            <w:gridSpan w:val="2"/>
            <w:shd w:val="clear" w:color="auto" w:fill="F2F2F2"/>
          </w:tcPr>
          <w:p w14:paraId="21917A5F" w14:textId="4A01C87A" w:rsidR="00A32AA9" w:rsidRPr="006E4337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679018865"/>
                <w:placeholder>
                  <w:docPart w:val="73378B9DF2D44B1A8231F837B34FB2D7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18" w:type="dxa"/>
            <w:shd w:val="clear" w:color="auto" w:fill="F2F2F2"/>
          </w:tcPr>
          <w:p w14:paraId="6AFE005F" w14:textId="15E4894A" w:rsidR="00A32AA9" w:rsidRPr="006E4337" w:rsidRDefault="00EE415F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N/A</w:t>
            </w:r>
          </w:p>
        </w:tc>
        <w:tc>
          <w:tcPr>
            <w:tcW w:w="2563" w:type="dxa"/>
            <w:shd w:val="clear" w:color="auto" w:fill="F2F2F2"/>
          </w:tcPr>
          <w:p w14:paraId="1DEEC5BD" w14:textId="78E92998" w:rsidR="00A32AA9" w:rsidRPr="001E3926" w:rsidRDefault="00EE415F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If applicable</w:t>
            </w:r>
          </w:p>
        </w:tc>
      </w:tr>
      <w:tr w:rsidR="00A32AA9" w:rsidRPr="006E4337" w14:paraId="2B548824" w14:textId="55CD5682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65CF12E2" w14:textId="4BF07EBF" w:rsidR="00A32AA9" w:rsidRPr="00FF3181" w:rsidRDefault="00A32AA9" w:rsidP="00AB5221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>
              <w:rPr>
                <w:rFonts w:ascii="Aptos" w:hAnsi="Aptos"/>
                <w:sz w:val="19"/>
                <w:lang w:val="en-GB"/>
              </w:rPr>
              <w:t>Minimum call-out charge</w:t>
            </w:r>
          </w:p>
        </w:tc>
        <w:tc>
          <w:tcPr>
            <w:tcW w:w="2585" w:type="dxa"/>
            <w:gridSpan w:val="2"/>
            <w:shd w:val="clear" w:color="auto" w:fill="F2F2F2"/>
          </w:tcPr>
          <w:p w14:paraId="34AD4067" w14:textId="623422A0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1558430728"/>
                <w:placeholder>
                  <w:docPart w:val="3C89146788B140009E634AA481E75048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18" w:type="dxa"/>
            <w:shd w:val="clear" w:color="auto" w:fill="F2F2F2"/>
          </w:tcPr>
          <w:p w14:paraId="541456D8" w14:textId="55B71A8E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802538706"/>
                <w:placeholder>
                  <w:docPart w:val="79236B489C704D769A8D45D2A5000B02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417C9F94" w14:textId="77777777" w:rsidR="00A32AA9" w:rsidRPr="001E3926" w:rsidRDefault="00A32AA9" w:rsidP="00AB5221">
            <w:pPr>
              <w:spacing w:after="40"/>
              <w:rPr>
                <w:rFonts w:ascii="Aptos" w:hAnsi="Aptos"/>
                <w:sz w:val="19"/>
              </w:rPr>
            </w:pPr>
          </w:p>
        </w:tc>
      </w:tr>
      <w:tr w:rsidR="00A32AA9" w:rsidRPr="006E4337" w14:paraId="666AAD7A" w14:textId="1A4CB4CC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4D0953A8" w14:textId="78F854AA" w:rsidR="00A32AA9" w:rsidRDefault="00A32AA9" w:rsidP="00AB5221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>
              <w:rPr>
                <w:rFonts w:ascii="Aptos" w:hAnsi="Aptos"/>
                <w:sz w:val="19"/>
                <w:lang w:val="en-GB"/>
              </w:rPr>
              <w:t>Emergency humane dispatch cost</w:t>
            </w:r>
          </w:p>
        </w:tc>
        <w:tc>
          <w:tcPr>
            <w:tcW w:w="2585" w:type="dxa"/>
            <w:gridSpan w:val="2"/>
            <w:shd w:val="clear" w:color="auto" w:fill="F2F2F2"/>
          </w:tcPr>
          <w:p w14:paraId="3EDBE4D0" w14:textId="7885E0C6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1792894880"/>
                <w:placeholder>
                  <w:docPart w:val="25EC767F543649B9B9459E4BBBE7D158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18" w:type="dxa"/>
            <w:shd w:val="clear" w:color="auto" w:fill="F2F2F2"/>
          </w:tcPr>
          <w:p w14:paraId="79DB2015" w14:textId="3CEB8329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1926484303"/>
                <w:placeholder>
                  <w:docPart w:val="6404465CF12945FAB2F39050BC8909AE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0BC0B534" w14:textId="77777777" w:rsidR="00A32AA9" w:rsidRPr="001E3926" w:rsidRDefault="00A32AA9" w:rsidP="00AB5221">
            <w:pPr>
              <w:spacing w:after="40"/>
              <w:rPr>
                <w:rFonts w:ascii="Aptos" w:hAnsi="Aptos"/>
                <w:sz w:val="19"/>
              </w:rPr>
            </w:pPr>
          </w:p>
        </w:tc>
      </w:tr>
      <w:tr w:rsidR="00EE415F" w:rsidRPr="006E4337" w14:paraId="46B24557" w14:textId="63444AF5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780B82A4" w14:textId="741D1D7C" w:rsidR="00EE415F" w:rsidRDefault="00EE415F" w:rsidP="00EE415F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>
              <w:rPr>
                <w:rFonts w:ascii="Aptos" w:hAnsi="Aptos"/>
                <w:sz w:val="19"/>
                <w:lang w:val="en-GB"/>
              </w:rPr>
              <w:t>Use of ATV / vehicle / equipment</w:t>
            </w:r>
          </w:p>
        </w:tc>
        <w:tc>
          <w:tcPr>
            <w:tcW w:w="2585" w:type="dxa"/>
            <w:gridSpan w:val="2"/>
            <w:shd w:val="clear" w:color="auto" w:fill="F2F2F2"/>
          </w:tcPr>
          <w:p w14:paraId="58CA0C2B" w14:textId="02C7F5D7" w:rsidR="00EE415F" w:rsidRPr="00014152" w:rsidRDefault="00EE415F" w:rsidP="00EE415F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1984841936"/>
                <w:placeholder>
                  <w:docPart w:val="E6461BBDA17F43F296D27DA6DE1FD02C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18" w:type="dxa"/>
            <w:shd w:val="clear" w:color="auto" w:fill="F2F2F2"/>
          </w:tcPr>
          <w:p w14:paraId="6C9FBA12" w14:textId="46826EDD" w:rsidR="00EE415F" w:rsidRPr="00014152" w:rsidRDefault="00EE415F" w:rsidP="00EE415F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904449502"/>
                <w:placeholder>
                  <w:docPart w:val="A2591163630C4AEDA490A9B31292F1EE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4DFC825A" w14:textId="6EB6DA9F" w:rsidR="00EE415F" w:rsidRPr="001E3926" w:rsidRDefault="00EE415F" w:rsidP="00EE415F">
            <w:pPr>
              <w:spacing w:after="40"/>
              <w:rPr>
                <w:rFonts w:ascii="Aptos" w:hAnsi="Aptos"/>
                <w:sz w:val="19"/>
              </w:rPr>
            </w:pPr>
            <w:r w:rsidRPr="00846437">
              <w:rPr>
                <w:rFonts w:ascii="Aptos" w:hAnsi="Aptos"/>
                <w:sz w:val="19"/>
              </w:rPr>
              <w:t xml:space="preserve">If applicable </w:t>
            </w:r>
          </w:p>
        </w:tc>
      </w:tr>
      <w:tr w:rsidR="00EE415F" w:rsidRPr="006E4337" w14:paraId="7BD80F85" w14:textId="089113CC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169FEED4" w14:textId="2EDDF9F8" w:rsidR="00EE415F" w:rsidRDefault="00EE415F" w:rsidP="00EE415F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>
              <w:rPr>
                <w:rFonts w:ascii="Aptos" w:hAnsi="Aptos"/>
                <w:sz w:val="19"/>
                <w:lang w:val="en-GB"/>
              </w:rPr>
              <w:t xml:space="preserve">Carcass handling / processing costs </w:t>
            </w:r>
          </w:p>
        </w:tc>
        <w:tc>
          <w:tcPr>
            <w:tcW w:w="2585" w:type="dxa"/>
            <w:gridSpan w:val="2"/>
            <w:shd w:val="clear" w:color="auto" w:fill="F2F2F2"/>
          </w:tcPr>
          <w:p w14:paraId="29439767" w14:textId="4001A6AC" w:rsidR="00EE415F" w:rsidRPr="00014152" w:rsidRDefault="00EE415F" w:rsidP="00EE415F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1052735919"/>
                <w:placeholder>
                  <w:docPart w:val="D16A43AF6D824E0BAEF5CA43A791EE77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18" w:type="dxa"/>
            <w:shd w:val="clear" w:color="auto" w:fill="F2F2F2"/>
          </w:tcPr>
          <w:p w14:paraId="1099EAF9" w14:textId="1F2BC9FE" w:rsidR="00EE415F" w:rsidRPr="00014152" w:rsidRDefault="00EE415F" w:rsidP="00EE415F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845943727"/>
                <w:placeholder>
                  <w:docPart w:val="A827D7A3A8F146879754FC5DDD793042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40B11E6D" w14:textId="77EDE8BD" w:rsidR="00EE415F" w:rsidRPr="001E3926" w:rsidRDefault="00EE415F" w:rsidP="00EE415F">
            <w:pPr>
              <w:spacing w:after="40"/>
              <w:rPr>
                <w:rFonts w:ascii="Aptos" w:hAnsi="Aptos"/>
                <w:sz w:val="19"/>
              </w:rPr>
            </w:pPr>
            <w:r w:rsidRPr="00846437">
              <w:rPr>
                <w:rFonts w:ascii="Aptos" w:hAnsi="Aptos"/>
                <w:sz w:val="19"/>
              </w:rPr>
              <w:t xml:space="preserve">If applicable </w:t>
            </w:r>
          </w:p>
        </w:tc>
      </w:tr>
      <w:tr w:rsidR="00A32AA9" w:rsidRPr="006E4337" w14:paraId="19E10BB3" w14:textId="5CC31435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4432EAF7" w14:textId="3199F70E" w:rsidR="00A32AA9" w:rsidRDefault="00A32AA9" w:rsidP="00AB5221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>
              <w:rPr>
                <w:rFonts w:ascii="Aptos" w:hAnsi="Aptos"/>
                <w:sz w:val="19"/>
                <w:lang w:val="en-GB"/>
              </w:rPr>
              <w:t>Waste disposal costs</w:t>
            </w:r>
          </w:p>
        </w:tc>
        <w:tc>
          <w:tcPr>
            <w:tcW w:w="2585" w:type="dxa"/>
            <w:gridSpan w:val="2"/>
            <w:shd w:val="clear" w:color="auto" w:fill="F2F2F2"/>
          </w:tcPr>
          <w:p w14:paraId="3043E20F" w14:textId="082CE75B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285389726"/>
                <w:placeholder>
                  <w:docPart w:val="3FD72FFF5DC7487B87E3496E95A35CFF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18" w:type="dxa"/>
            <w:shd w:val="clear" w:color="auto" w:fill="F2F2F2"/>
          </w:tcPr>
          <w:p w14:paraId="706CD2D4" w14:textId="7CDE9F2B" w:rsidR="00A32AA9" w:rsidRPr="00014152" w:rsidRDefault="00A32AA9" w:rsidP="00AB5221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691966401"/>
                <w:placeholder>
                  <w:docPart w:val="80EB60871A994ED296D52D0EB4707518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42EB0E6B" w14:textId="6CD261DC" w:rsidR="00A32AA9" w:rsidRPr="001E3926" w:rsidRDefault="00EE415F" w:rsidP="00AB5221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 xml:space="preserve">If applicable </w:t>
            </w:r>
          </w:p>
        </w:tc>
      </w:tr>
      <w:tr w:rsidR="00A32AA9" w:rsidRPr="006E4337" w14:paraId="5F2DE33E" w14:textId="3BA8753F" w:rsidTr="00A32AA9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3B9B8E2A" w14:textId="34AF41BE" w:rsidR="00A32AA9" w:rsidRDefault="00A32AA9" w:rsidP="007C63BB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>
              <w:rPr>
                <w:rFonts w:ascii="Aptos" w:hAnsi="Aptos"/>
                <w:sz w:val="19"/>
                <w:lang w:val="en-GB"/>
              </w:rPr>
              <w:t>Other costs</w:t>
            </w:r>
          </w:p>
        </w:tc>
        <w:tc>
          <w:tcPr>
            <w:tcW w:w="2585" w:type="dxa"/>
            <w:gridSpan w:val="2"/>
            <w:shd w:val="clear" w:color="auto" w:fill="F2F2F2"/>
          </w:tcPr>
          <w:p w14:paraId="15896054" w14:textId="7066D8A1" w:rsidR="00A32AA9" w:rsidRPr="00014152" w:rsidRDefault="00A32AA9" w:rsidP="007C63BB">
            <w:pPr>
              <w:spacing w:after="40"/>
              <w:rPr>
                <w:rFonts w:ascii="Aptos" w:hAnsi="Aptos"/>
                <w:sz w:val="19"/>
              </w:rPr>
            </w:pPr>
            <w:r w:rsidRPr="004E61D2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253904455"/>
                <w:placeholder>
                  <w:docPart w:val="8549326FEB364951B0293CE1A741453D"/>
                </w:placeholder>
                <w:showingPlcHdr/>
                <w:text/>
              </w:sdtPr>
              <w:sdtContent>
                <w:r w:rsidRPr="004E61D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18" w:type="dxa"/>
            <w:shd w:val="clear" w:color="auto" w:fill="F2F2F2"/>
          </w:tcPr>
          <w:p w14:paraId="59A9B913" w14:textId="14BFD0D9" w:rsidR="00A32AA9" w:rsidRPr="00014152" w:rsidRDefault="00A32AA9" w:rsidP="007C63BB">
            <w:pPr>
              <w:spacing w:after="40"/>
              <w:rPr>
                <w:rFonts w:ascii="Aptos" w:hAnsi="Aptos"/>
                <w:sz w:val="19"/>
              </w:rPr>
            </w:pPr>
            <w:r w:rsidRPr="004E61D2">
              <w:rPr>
                <w:rFonts w:ascii="Aptos" w:hAnsi="Aptos"/>
                <w:sz w:val="19"/>
              </w:rPr>
              <w:t xml:space="preserve">£ </w:t>
            </w:r>
            <w:sdt>
              <w:sdtPr>
                <w:rPr>
                  <w:rFonts w:ascii="Aptos" w:hAnsi="Aptos"/>
                  <w:sz w:val="19"/>
                </w:rPr>
                <w:id w:val="-1417095787"/>
                <w:placeholder>
                  <w:docPart w:val="C93D78DF1FD34EE097A18BD53A21B193"/>
                </w:placeholder>
                <w:showingPlcHdr/>
                <w:text/>
              </w:sdtPr>
              <w:sdtContent>
                <w:r w:rsidRPr="004E61D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  <w:tc>
          <w:tcPr>
            <w:tcW w:w="2563" w:type="dxa"/>
            <w:shd w:val="clear" w:color="auto" w:fill="F2F2F2"/>
          </w:tcPr>
          <w:p w14:paraId="48A6B6F8" w14:textId="02A6B889" w:rsidR="00A32AA9" w:rsidRPr="004E61D2" w:rsidRDefault="00EE415F" w:rsidP="007C63BB">
            <w:pPr>
              <w:spacing w:after="40"/>
              <w:rPr>
                <w:rFonts w:ascii="Aptos" w:hAnsi="Aptos"/>
                <w:sz w:val="19"/>
              </w:rPr>
            </w:pPr>
            <w:r>
              <w:rPr>
                <w:rFonts w:ascii="Aptos" w:hAnsi="Aptos"/>
                <w:sz w:val="19"/>
              </w:rPr>
              <w:t>Please specify</w:t>
            </w:r>
          </w:p>
        </w:tc>
      </w:tr>
    </w:tbl>
    <w:p w14:paraId="64F7A797" w14:textId="77777777" w:rsidR="00B66BAE" w:rsidRDefault="00B66BAE"/>
    <w:p w14:paraId="54846CF5" w14:textId="125E0131" w:rsidR="00EE415F" w:rsidRDefault="00EE415F" w:rsidP="00EE415F">
      <w:pPr>
        <w:spacing w:before="240" w:after="0"/>
        <w:rPr>
          <w:rFonts w:ascii="Aptos" w:hAnsi="Aptos"/>
          <w:b/>
          <w:sz w:val="20"/>
        </w:rPr>
      </w:pPr>
      <w:r w:rsidRPr="00542349">
        <w:rPr>
          <w:rFonts w:ascii="Aptos" w:hAnsi="Aptos"/>
          <w:b/>
          <w:sz w:val="20"/>
        </w:rPr>
        <w:t>13.</w:t>
      </w:r>
      <w:r>
        <w:rPr>
          <w:rFonts w:ascii="Aptos" w:hAnsi="Aptos"/>
          <w:b/>
          <w:sz w:val="20"/>
        </w:rPr>
        <w:t>3</w:t>
      </w:r>
      <w:r w:rsidRPr="00542349">
        <w:rPr>
          <w:rFonts w:ascii="Aptos" w:hAnsi="Aptos"/>
          <w:b/>
          <w:sz w:val="20"/>
        </w:rPr>
        <w:t xml:space="preserve"> </w:t>
      </w:r>
      <w:r>
        <w:rPr>
          <w:rFonts w:ascii="Aptos" w:hAnsi="Aptos"/>
          <w:b/>
          <w:sz w:val="20"/>
        </w:rPr>
        <w:t>VAT status</w:t>
      </w:r>
    </w:p>
    <w:p w14:paraId="0D23B862" w14:textId="7C0C9006" w:rsidR="00480DDC" w:rsidRPr="00480DDC" w:rsidRDefault="00480DDC" w:rsidP="00480DDC">
      <w:pPr>
        <w:rPr>
          <w:rFonts w:ascii="Aptos" w:hAnsi="Aptos"/>
          <w:b/>
          <w:bCs/>
          <w:sz w:val="19"/>
          <w:lang w:val="en-GB"/>
        </w:rPr>
      </w:pPr>
      <w:r w:rsidRPr="00480DDC">
        <w:rPr>
          <w:rFonts w:ascii="Aptos" w:hAnsi="Aptos"/>
          <w:b/>
          <w:bCs/>
          <w:sz w:val="19"/>
          <w:lang w:val="en-GB"/>
        </w:rPr>
        <w:t>Please confirm your VAT status:</w:t>
      </w:r>
    </w:p>
    <w:p w14:paraId="2E653CBA" w14:textId="44C43092" w:rsidR="00480DDC" w:rsidRPr="00480DDC" w:rsidRDefault="00000000" w:rsidP="00480DDC">
      <w:pPr>
        <w:ind w:left="720"/>
        <w:rPr>
          <w:rFonts w:ascii="Aptos" w:hAnsi="Aptos"/>
          <w:sz w:val="19"/>
          <w:lang w:val="en-GB"/>
        </w:rPr>
      </w:pPr>
      <w:sdt>
        <w:sdtPr>
          <w:rPr>
            <w:rFonts w:ascii="Aptos" w:hAnsi="Aptos"/>
            <w:sz w:val="19"/>
            <w:lang w:val="en-GB"/>
          </w:rPr>
          <w:id w:val="809289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0DDC">
            <w:rPr>
              <w:rFonts w:ascii="MS Gothic" w:eastAsia="MS Gothic" w:hAnsi="MS Gothic" w:hint="eastAsia"/>
              <w:sz w:val="19"/>
              <w:lang w:val="en-GB"/>
            </w:rPr>
            <w:t>☐</w:t>
          </w:r>
        </w:sdtContent>
      </w:sdt>
      <w:r w:rsidR="00480DDC">
        <w:rPr>
          <w:rFonts w:ascii="Aptos" w:hAnsi="Aptos"/>
          <w:sz w:val="19"/>
          <w:lang w:val="en-GB"/>
        </w:rPr>
        <w:t xml:space="preserve"> </w:t>
      </w:r>
      <w:r w:rsidR="00480DDC" w:rsidRPr="00480DDC">
        <w:rPr>
          <w:rFonts w:ascii="Aptos" w:hAnsi="Aptos"/>
          <w:sz w:val="19"/>
          <w:lang w:val="en-GB"/>
        </w:rPr>
        <w:t>Prices are inclusive of VAT</w:t>
      </w:r>
    </w:p>
    <w:p w14:paraId="7CD77D17" w14:textId="7CE1BB66" w:rsidR="00480DDC" w:rsidRPr="00480DDC" w:rsidRDefault="00000000" w:rsidP="00480DDC">
      <w:pPr>
        <w:ind w:left="720"/>
        <w:rPr>
          <w:rFonts w:ascii="Aptos" w:hAnsi="Aptos"/>
          <w:sz w:val="19"/>
          <w:lang w:val="en-GB"/>
        </w:rPr>
      </w:pPr>
      <w:sdt>
        <w:sdtPr>
          <w:rPr>
            <w:rFonts w:ascii="Aptos" w:hAnsi="Aptos"/>
            <w:sz w:val="19"/>
            <w:lang w:val="en-GB"/>
          </w:rPr>
          <w:id w:val="1553035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0DDC">
            <w:rPr>
              <w:rFonts w:ascii="MS Gothic" w:eastAsia="MS Gothic" w:hAnsi="MS Gothic" w:hint="eastAsia"/>
              <w:sz w:val="19"/>
              <w:lang w:val="en-GB"/>
            </w:rPr>
            <w:t>☐</w:t>
          </w:r>
        </w:sdtContent>
      </w:sdt>
      <w:r w:rsidR="00480DDC">
        <w:rPr>
          <w:rFonts w:ascii="Aptos" w:hAnsi="Aptos"/>
          <w:sz w:val="19"/>
          <w:lang w:val="en-GB"/>
        </w:rPr>
        <w:t xml:space="preserve"> </w:t>
      </w:r>
      <w:r w:rsidR="00480DDC" w:rsidRPr="00480DDC">
        <w:rPr>
          <w:rFonts w:ascii="Aptos" w:hAnsi="Aptos"/>
          <w:sz w:val="19"/>
          <w:lang w:val="en-GB"/>
        </w:rPr>
        <w:t>Prices are exclusive of VAT</w:t>
      </w:r>
    </w:p>
    <w:p w14:paraId="71E6CD2B" w14:textId="3B53DC73" w:rsidR="00480DDC" w:rsidRPr="00480DDC" w:rsidRDefault="00000000" w:rsidP="00480DDC">
      <w:pPr>
        <w:ind w:left="720"/>
        <w:rPr>
          <w:rFonts w:ascii="Aptos" w:hAnsi="Aptos"/>
          <w:sz w:val="19"/>
          <w:lang w:val="en-GB"/>
        </w:rPr>
      </w:pPr>
      <w:sdt>
        <w:sdtPr>
          <w:rPr>
            <w:rFonts w:ascii="Aptos" w:hAnsi="Aptos"/>
            <w:sz w:val="19"/>
            <w:lang w:val="en-GB"/>
          </w:rPr>
          <w:id w:val="817687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0DDC">
            <w:rPr>
              <w:rFonts w:ascii="MS Gothic" w:eastAsia="MS Gothic" w:hAnsi="MS Gothic" w:hint="eastAsia"/>
              <w:sz w:val="19"/>
              <w:lang w:val="en-GB"/>
            </w:rPr>
            <w:t>☐</w:t>
          </w:r>
        </w:sdtContent>
      </w:sdt>
      <w:r w:rsidR="00480DDC">
        <w:rPr>
          <w:rFonts w:ascii="Aptos" w:hAnsi="Aptos"/>
          <w:sz w:val="19"/>
          <w:lang w:val="en-GB"/>
        </w:rPr>
        <w:t xml:space="preserve"> </w:t>
      </w:r>
      <w:r w:rsidR="00480DDC" w:rsidRPr="00480DDC">
        <w:rPr>
          <w:rFonts w:ascii="Aptos" w:hAnsi="Aptos"/>
          <w:sz w:val="19"/>
          <w:lang w:val="en-GB"/>
        </w:rPr>
        <w:t>VAT is not applicable</w:t>
      </w:r>
    </w:p>
    <w:p w14:paraId="3AA01FD9" w14:textId="1B3CFFBF" w:rsidR="003711A8" w:rsidRPr="00480DDC" w:rsidRDefault="00000000" w:rsidP="00480DDC">
      <w:pPr>
        <w:ind w:left="720"/>
        <w:rPr>
          <w:rFonts w:ascii="Aptos" w:hAnsi="Aptos"/>
          <w:sz w:val="19"/>
          <w:lang w:val="en-GB"/>
        </w:rPr>
      </w:pPr>
      <w:sdt>
        <w:sdtPr>
          <w:rPr>
            <w:rFonts w:ascii="Aptos" w:hAnsi="Aptos"/>
            <w:sz w:val="19"/>
            <w:lang w:val="en-GB"/>
          </w:rPr>
          <w:id w:val="563990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0DDC">
            <w:rPr>
              <w:rFonts w:ascii="MS Gothic" w:eastAsia="MS Gothic" w:hAnsi="MS Gothic" w:hint="eastAsia"/>
              <w:sz w:val="19"/>
              <w:lang w:val="en-GB"/>
            </w:rPr>
            <w:t>☐</w:t>
          </w:r>
        </w:sdtContent>
      </w:sdt>
      <w:r w:rsidR="00480DDC">
        <w:rPr>
          <w:rFonts w:ascii="Aptos" w:hAnsi="Aptos"/>
          <w:sz w:val="19"/>
          <w:lang w:val="en-GB"/>
        </w:rPr>
        <w:t xml:space="preserve"> </w:t>
      </w:r>
      <w:r w:rsidR="00480DDC" w:rsidRPr="00480DDC">
        <w:rPr>
          <w:rFonts w:ascii="Aptos" w:hAnsi="Aptos"/>
          <w:sz w:val="19"/>
          <w:lang w:val="en-GB"/>
        </w:rPr>
        <w:t>Other / unsure — please</w:t>
      </w:r>
      <w:r w:rsidR="00480DDC">
        <w:rPr>
          <w:rFonts w:ascii="Aptos" w:hAnsi="Aptos"/>
          <w:sz w:val="19"/>
          <w:lang w:val="en-GB"/>
        </w:rPr>
        <w:t xml:space="preserve"> explain: </w:t>
      </w:r>
      <w:sdt>
        <w:sdtPr>
          <w:rPr>
            <w:rFonts w:ascii="Aptos" w:hAnsi="Aptos"/>
            <w:sz w:val="19"/>
          </w:rPr>
          <w:id w:val="-1641574540"/>
          <w:placeholder>
            <w:docPart w:val="0F17956C02A8446C96750037E5BF93A8"/>
          </w:placeholder>
          <w:showingPlcHdr/>
          <w:text/>
        </w:sdtPr>
        <w:sdtContent>
          <w:r w:rsidR="00480DDC" w:rsidRPr="001E3926">
            <w:rPr>
              <w:rStyle w:val="PlaceholderText"/>
              <w:rFonts w:ascii="Aptos" w:hAnsi="Aptos"/>
            </w:rPr>
            <w:t>Click or tap here to enter text.</w:t>
          </w:r>
        </w:sdtContent>
      </w:sdt>
    </w:p>
    <w:p w14:paraId="6A35A244" w14:textId="3BB9850A" w:rsidR="008915FE" w:rsidRPr="005038ED" w:rsidRDefault="005038ED" w:rsidP="005038ED">
      <w:pPr>
        <w:rPr>
          <w:rFonts w:ascii="Aptos" w:hAnsi="Aptos"/>
          <w:b/>
          <w:sz w:val="20"/>
        </w:rPr>
      </w:pPr>
      <w:r w:rsidRPr="005038ED">
        <w:rPr>
          <w:rFonts w:ascii="Aptos" w:hAnsi="Aptos"/>
          <w:b/>
          <w:sz w:val="20"/>
        </w:rPr>
        <w:t>1</w:t>
      </w:r>
      <w:r w:rsidR="008915FE" w:rsidRPr="00542349">
        <w:rPr>
          <w:rFonts w:ascii="Aptos" w:hAnsi="Aptos"/>
          <w:b/>
          <w:sz w:val="20"/>
        </w:rPr>
        <w:t>3.</w:t>
      </w:r>
      <w:r w:rsidR="008915FE">
        <w:rPr>
          <w:rFonts w:ascii="Aptos" w:hAnsi="Aptos"/>
          <w:b/>
          <w:sz w:val="20"/>
        </w:rPr>
        <w:t>4</w:t>
      </w:r>
      <w:r w:rsidR="008915FE" w:rsidRPr="00542349">
        <w:rPr>
          <w:rFonts w:ascii="Aptos" w:hAnsi="Aptos"/>
          <w:b/>
          <w:sz w:val="20"/>
        </w:rPr>
        <w:t xml:space="preserve"> </w:t>
      </w:r>
      <w:r w:rsidR="008915FE">
        <w:rPr>
          <w:rFonts w:ascii="Aptos" w:hAnsi="Aptos"/>
          <w:b/>
          <w:sz w:val="20"/>
        </w:rPr>
        <w:t>Explanation of proposed model</w:t>
      </w:r>
    </w:p>
    <w:tbl>
      <w:tblPr>
        <w:tblStyle w:val="TableGrid"/>
        <w:tblW w:w="10068" w:type="dxa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5219"/>
      </w:tblGrid>
      <w:tr w:rsidR="008915FE" w:rsidRPr="006E4337" w14:paraId="4ED2CF7E" w14:textId="77777777" w:rsidTr="005C60C6">
        <w:trPr>
          <w:trHeight w:val="272"/>
          <w:jc w:val="center"/>
        </w:trPr>
        <w:tc>
          <w:tcPr>
            <w:tcW w:w="2402" w:type="dxa"/>
            <w:shd w:val="clear" w:color="auto" w:fill="DDEBF0"/>
            <w:vAlign w:val="center"/>
          </w:tcPr>
          <w:p w14:paraId="4328C565" w14:textId="77777777" w:rsidR="005038ED" w:rsidRDefault="005038ED" w:rsidP="005038ED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 w:rsidRPr="005038ED">
              <w:rPr>
                <w:rFonts w:ascii="Aptos" w:hAnsi="Aptos"/>
                <w:sz w:val="19"/>
                <w:lang w:val="en-GB"/>
              </w:rPr>
              <w:t>Please explain your proposed commercial model, including how you would expect payment, carcass retention and expenses to work in practice.</w:t>
            </w:r>
          </w:p>
          <w:p w14:paraId="54D60CD6" w14:textId="77777777" w:rsidR="005038ED" w:rsidRPr="005038ED" w:rsidRDefault="005038ED" w:rsidP="005038ED">
            <w:pPr>
              <w:spacing w:after="40"/>
              <w:rPr>
                <w:rFonts w:ascii="Aptos" w:hAnsi="Aptos"/>
                <w:sz w:val="19"/>
                <w:lang w:val="en-GB"/>
              </w:rPr>
            </w:pPr>
          </w:p>
          <w:p w14:paraId="723F815E" w14:textId="758CF45C" w:rsidR="008915FE" w:rsidRPr="00FF3181" w:rsidRDefault="005038ED" w:rsidP="005C60C6">
            <w:pPr>
              <w:spacing w:after="40"/>
              <w:rPr>
                <w:rFonts w:ascii="Aptos" w:hAnsi="Aptos"/>
                <w:sz w:val="19"/>
                <w:lang w:val="en-GB"/>
              </w:rPr>
            </w:pPr>
            <w:r w:rsidRPr="005038ED">
              <w:rPr>
                <w:rFonts w:ascii="Aptos" w:hAnsi="Aptos"/>
                <w:sz w:val="19"/>
                <w:lang w:val="en-GB"/>
              </w:rPr>
              <w:t>Please include any assumptions your pricing is based on, for example expected number of visits, access arrangements, use of ferry/boat, carcass extraction, processing facilities, ammunition, or seasonal differences.</w:t>
            </w:r>
          </w:p>
        </w:tc>
        <w:tc>
          <w:tcPr>
            <w:tcW w:w="2585" w:type="dxa"/>
            <w:shd w:val="clear" w:color="auto" w:fill="F2F2F2"/>
          </w:tcPr>
          <w:p w14:paraId="0952F6CD" w14:textId="32B743E9" w:rsidR="008915FE" w:rsidRPr="006E4337" w:rsidRDefault="008915FE" w:rsidP="005C60C6">
            <w:pPr>
              <w:spacing w:after="40"/>
              <w:rPr>
                <w:rFonts w:ascii="Aptos" w:hAnsi="Aptos"/>
                <w:sz w:val="19"/>
              </w:rPr>
            </w:pPr>
            <w:r w:rsidRPr="001E3926">
              <w:rPr>
                <w:rFonts w:ascii="Aptos" w:hAnsi="Aptos"/>
                <w:sz w:val="19"/>
              </w:rPr>
              <w:t xml:space="preserve"> </w:t>
            </w:r>
            <w:sdt>
              <w:sdtPr>
                <w:rPr>
                  <w:rFonts w:ascii="Aptos" w:hAnsi="Aptos"/>
                  <w:sz w:val="19"/>
                </w:rPr>
                <w:id w:val="2013568526"/>
                <w:placeholder>
                  <w:docPart w:val="9618661F98864B75A9EC946BFFBA4FE9"/>
                </w:placeholder>
                <w:showingPlcHdr/>
                <w:text/>
              </w:sdtPr>
              <w:sdtContent>
                <w:r w:rsidRPr="001E3926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794BDFC7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t>14. Availability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88"/>
        <w:gridCol w:w="5472"/>
      </w:tblGrid>
      <w:tr w:rsidR="0096593D" w:rsidRPr="00014152" w14:paraId="51286273" w14:textId="77777777">
        <w:trPr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6ED4D2B8" w14:textId="77777777" w:rsidR="0096593D" w:rsidRPr="00014152" w:rsidRDefault="0096593D" w:rsidP="0096593D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Earliest available start date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5A4DFBE" w14:textId="6435DA29" w:rsidR="0096593D" w:rsidRPr="00014152" w:rsidRDefault="00000000" w:rsidP="0096593D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950458210"/>
                <w:placeholder>
                  <w:docPart w:val="200C042971EB4AD1BFA4282AA4A989DF"/>
                </w:placeholder>
                <w:showingPlcHdr/>
                <w:text/>
              </w:sdtPr>
              <w:sdtContent>
                <w:r w:rsidR="0096593D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96593D" w:rsidRPr="00014152" w14:paraId="288D9CE0" w14:textId="77777777">
        <w:trPr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1555BB4F" w14:textId="77777777" w:rsidR="0096593D" w:rsidRPr="00014152" w:rsidRDefault="0096593D" w:rsidP="0096593D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Expected frequency of attendance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4FF7DE6" w14:textId="3EAB2881" w:rsidR="0096593D" w:rsidRPr="00014152" w:rsidRDefault="00000000" w:rsidP="0096593D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94457196"/>
                <w:placeholder>
                  <w:docPart w:val="5C6E5B277A60427997494CEABEC7B84E"/>
                </w:placeholder>
                <w:showingPlcHdr/>
                <w:text/>
              </w:sdtPr>
              <w:sdtContent>
                <w:r w:rsidR="0096593D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96593D" w:rsidRPr="00014152" w14:paraId="245C57AF" w14:textId="77777777">
        <w:trPr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5BC7F951" w14:textId="77777777" w:rsidR="0096593D" w:rsidRPr="00014152" w:rsidRDefault="0096593D" w:rsidP="0096593D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Any seasonal constraints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1B47E41" w14:textId="0279BBB2" w:rsidR="0096593D" w:rsidRPr="00014152" w:rsidRDefault="00000000" w:rsidP="0096593D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523250944"/>
                <w:placeholder>
                  <w:docPart w:val="8501B4785CB3456589534028B8E40B74"/>
                </w:placeholder>
                <w:showingPlcHdr/>
                <w:text/>
              </w:sdtPr>
              <w:sdtContent>
                <w:r w:rsidR="0096593D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96593D" w:rsidRPr="00014152" w14:paraId="2DA58F41" w14:textId="77777777">
        <w:trPr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059CA6C6" w14:textId="77777777" w:rsidR="0096593D" w:rsidRPr="00014152" w:rsidRDefault="0096593D" w:rsidP="0096593D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Availability for night shooting / out-of-season control if authorised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5B6B75E" w14:textId="19DAA8D9" w:rsidR="0096593D" w:rsidRPr="00014152" w:rsidRDefault="00000000" w:rsidP="0096593D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280503264"/>
                <w:placeholder>
                  <w:docPart w:val="5BC8CF353F254323806DCCDF743DE69B"/>
                </w:placeholder>
                <w:showingPlcHdr/>
                <w:text/>
              </w:sdtPr>
              <w:sdtContent>
                <w:r w:rsidR="0096593D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96593D" w:rsidRPr="00014152" w14:paraId="3CCC9CAE" w14:textId="77777777">
        <w:trPr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43757EFD" w14:textId="77777777" w:rsidR="0096593D" w:rsidRPr="00014152" w:rsidRDefault="0096593D" w:rsidP="0096593D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Availability for site visit or discussion before appointment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D95899A" w14:textId="35257EC0" w:rsidR="0096593D" w:rsidRPr="00014152" w:rsidRDefault="00000000" w:rsidP="0096593D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525871194"/>
                <w:placeholder>
                  <w:docPart w:val="0A362807AE4E4BB3B170056E549F3745"/>
                </w:placeholder>
                <w:showingPlcHdr/>
                <w:text/>
              </w:sdtPr>
              <w:sdtContent>
                <w:r w:rsidR="0096593D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96593D" w:rsidRPr="00014152" w14:paraId="6C9455B5" w14:textId="77777777">
        <w:trPr>
          <w:jc w:val="center"/>
        </w:trPr>
        <w:tc>
          <w:tcPr>
            <w:tcW w:w="3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10A3A0D9" w14:textId="77777777" w:rsidR="0096593D" w:rsidRPr="00014152" w:rsidRDefault="0096593D" w:rsidP="0096593D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Availability for annual review meetings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05E4BF1" w14:textId="38E06EF8" w:rsidR="0096593D" w:rsidRPr="00014152" w:rsidRDefault="00000000" w:rsidP="0096593D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488938544"/>
                <w:placeholder>
                  <w:docPart w:val="0879EDA318D84AC7AF9FEE0BD58FE0FB"/>
                </w:placeholder>
                <w:showingPlcHdr/>
                <w:text/>
              </w:sdtPr>
              <w:sdtContent>
                <w:r w:rsidR="0096593D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11A8F605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lastRenderedPageBreak/>
        <w:t>15. References</w:t>
      </w:r>
    </w:p>
    <w:p w14:paraId="19F2DBA3" w14:textId="77777777" w:rsidR="00F6149E" w:rsidRPr="00014152" w:rsidRDefault="00000000">
      <w:pPr>
        <w:rPr>
          <w:rFonts w:ascii="Aptos" w:hAnsi="Aptos"/>
        </w:rPr>
      </w:pPr>
      <w:r w:rsidRPr="00014152">
        <w:rPr>
          <w:rFonts w:ascii="Aptos" w:hAnsi="Aptos"/>
          <w:i/>
          <w:color w:val="5A5A5A"/>
          <w:sz w:val="18"/>
        </w:rPr>
        <w:t>Please provide at least two relevant references, ideally from landowners, woodland managers, estates, community landowners or conservation bodies.</w:t>
      </w:r>
    </w:p>
    <w:p w14:paraId="14E0AA13" w14:textId="77777777" w:rsidR="00F6149E" w:rsidRPr="00014152" w:rsidRDefault="00000000">
      <w:pPr>
        <w:pStyle w:val="Heading2"/>
        <w:rPr>
          <w:rFonts w:ascii="Aptos" w:hAnsi="Aptos"/>
        </w:rPr>
      </w:pPr>
      <w:r w:rsidRPr="00014152">
        <w:rPr>
          <w:rFonts w:ascii="Aptos" w:hAnsi="Aptos"/>
        </w:rPr>
        <w:t>Reference 1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1"/>
        <w:gridCol w:w="6048"/>
      </w:tblGrid>
      <w:tr w:rsidR="00E23508" w:rsidRPr="00014152" w14:paraId="6B5A72D9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09E954AD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Name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762260C" w14:textId="7FCEBC4E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027368780"/>
                <w:placeholder>
                  <w:docPart w:val="681497A738074CB7BD574DE55DC9FE3C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0864B4F3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07F4DC88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Organisation / role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7BCFDE2" w14:textId="7DF011D2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882675234"/>
                <w:placeholder>
                  <w:docPart w:val="34A369E64E504A04AD338C155A60953B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011B4E73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1A7E8CB2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Relationship to tenderer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3E847E8" w14:textId="6B30B8AF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544322925"/>
                <w:placeholder>
                  <w:docPart w:val="501976C68A7B4475974B7C8799F1B722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48440486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0F9D49FA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Email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02BB824" w14:textId="725C7EFB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511992886"/>
                <w:placeholder>
                  <w:docPart w:val="F63AD40A07304E2DAE69C92C072B4E11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6F6CCC58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746E56CA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Telephone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8047E44" w14:textId="51B6B59E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344091298"/>
                <w:placeholder>
                  <w:docPart w:val="F5B92761B77E475ABC4918D0431155CA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341F1AB4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3BE83D69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Relevant contract / work undertaken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788BF48" w14:textId="01A424F9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429120354"/>
                <w:placeholder>
                  <w:docPart w:val="5F1782BF772C4685AA06AB40229BF192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2850344C" w14:textId="77777777" w:rsidR="00F6149E" w:rsidRPr="00014152" w:rsidRDefault="00000000">
      <w:pPr>
        <w:pStyle w:val="Heading2"/>
        <w:rPr>
          <w:rFonts w:ascii="Aptos" w:hAnsi="Aptos"/>
        </w:rPr>
      </w:pPr>
      <w:r w:rsidRPr="00014152">
        <w:rPr>
          <w:rFonts w:ascii="Aptos" w:hAnsi="Aptos"/>
        </w:rPr>
        <w:t>Reference 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11"/>
        <w:gridCol w:w="6048"/>
      </w:tblGrid>
      <w:tr w:rsidR="00E23508" w:rsidRPr="00014152" w14:paraId="4016DFED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27F31756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Name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3D2FBE9" w14:textId="60CD2CBA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737052589"/>
                <w:placeholder>
                  <w:docPart w:val="1E91848C102B4406B435A2544AC4ACA2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273F181A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48996F79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Organisation / role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1564FC5" w14:textId="0B40D926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56388010"/>
                <w:placeholder>
                  <w:docPart w:val="5C8444732DB548A8B29D051A8C5F3AE2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6729A70A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3A8C67A0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Relationship to tenderer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7703839" w14:textId="3FD6DEE7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535729847"/>
                <w:placeholder>
                  <w:docPart w:val="C092FD2858EA4FBD878AF1DAF801F1F8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3A216024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43FA1DA6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Email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D503C2C" w14:textId="446E9431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686862969"/>
                <w:placeholder>
                  <w:docPart w:val="1F53895217FC492C93A3D187C71C4CD5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1ED72F7B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2D721E2B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Telephone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DFC3057" w14:textId="7F89EFA4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255023480"/>
                <w:placeholder>
                  <w:docPart w:val="41CDE198FD534B6CB9D60CFA48665D61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19728B80" w14:textId="77777777">
        <w:trPr>
          <w:jc w:val="center"/>
        </w:trPr>
        <w:tc>
          <w:tcPr>
            <w:tcW w:w="3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40454C2A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Relevant contract / work undertaken</w:t>
            </w:r>
          </w:p>
        </w:tc>
        <w:tc>
          <w:tcPr>
            <w:tcW w:w="60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D87AFDD" w14:textId="6C62FD7C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2077620647"/>
                <w:placeholder>
                  <w:docPart w:val="DA3468A5999D49E68E0DB5A411CFB2FB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5A5E7BA6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t>16. Attachments Checklist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96"/>
        <w:gridCol w:w="2304"/>
        <w:gridCol w:w="2160"/>
      </w:tblGrid>
      <w:tr w:rsidR="00F6149E" w:rsidRPr="00014152" w14:paraId="24547009" w14:textId="77777777">
        <w:trPr>
          <w:tblHeader/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75BA7A73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Attachment / evidence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0DF8843E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Included?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DEBF0"/>
          </w:tcPr>
          <w:p w14:paraId="11F5F8BF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b/>
                <w:sz w:val="19"/>
              </w:rPr>
              <w:t>Notes</w:t>
            </w:r>
          </w:p>
        </w:tc>
      </w:tr>
      <w:tr w:rsidR="00F6149E" w:rsidRPr="00014152" w14:paraId="0BB884AA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AC908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DSC1 evidence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3DF27D9" w14:textId="4868D67C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37113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58868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30897E8" w14:textId="77777777" w:rsidR="00F6149E" w:rsidRPr="00014152" w:rsidRDefault="00F6149E">
            <w:pPr>
              <w:spacing w:after="40"/>
              <w:rPr>
                <w:rFonts w:ascii="Aptos" w:hAnsi="Aptos"/>
              </w:rPr>
            </w:pPr>
          </w:p>
        </w:tc>
      </w:tr>
      <w:tr w:rsidR="00E23508" w:rsidRPr="00014152" w14:paraId="02CC38D6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C61805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DSC2 evidence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A943C61" w14:textId="7ABB4622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08773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48153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3DD106E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</w:p>
        </w:tc>
      </w:tr>
      <w:tr w:rsidR="00E23508" w:rsidRPr="00014152" w14:paraId="7EABFE27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D1A5E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Firearms Certificate evidence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ED983EE" w14:textId="523146F0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01734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158425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9A73513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</w:p>
        </w:tc>
      </w:tr>
      <w:tr w:rsidR="00E23508" w:rsidRPr="00014152" w14:paraId="682318FE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21FB9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Public liability insurance evidence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EC7B1EF" w14:textId="2CEFE768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44623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128885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E01DA5E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</w:p>
        </w:tc>
      </w:tr>
      <w:tr w:rsidR="00E23508" w:rsidRPr="00014152" w14:paraId="226AE4F9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2C81A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First Aid / EFAW + F evidence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54362A4" w14:textId="5551D292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29437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208489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252BF536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</w:p>
        </w:tc>
      </w:tr>
      <w:tr w:rsidR="00E23508" w:rsidRPr="00014152" w14:paraId="193CC4BF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EDB74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Carcass handling / food hygiene evidence, if available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595D76A" w14:textId="0E6C9BA7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630679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10872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  <w:sdt>
              <w:sdtPr>
                <w:rPr>
                  <w:rFonts w:ascii="Aptos" w:hAnsi="Aptos"/>
                  <w:sz w:val="19"/>
                </w:rPr>
                <w:id w:val="14301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N/A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075FB77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</w:p>
        </w:tc>
      </w:tr>
      <w:tr w:rsidR="00E23508" w:rsidRPr="00014152" w14:paraId="73427EAB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5495EC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ATV / 4x4 / boat qualification or insurance evidence, if relevant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70863F7" w14:textId="1364A585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43649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42911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  <w:sdt>
              <w:sdtPr>
                <w:rPr>
                  <w:rFonts w:ascii="Aptos" w:hAnsi="Aptos"/>
                  <w:sz w:val="19"/>
                </w:rPr>
                <w:id w:val="-86953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N/A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7EFBD6A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</w:p>
        </w:tc>
      </w:tr>
      <w:tr w:rsidR="00E23508" w:rsidRPr="00014152" w14:paraId="604C3614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026D4A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Risk assessment / outline risk approach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D27A3CC" w14:textId="3ECA7DBA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06256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84124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4C3A2E1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</w:p>
        </w:tc>
      </w:tr>
      <w:tr w:rsidR="00E23508" w:rsidRPr="00014152" w14:paraId="1DE80137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37AC6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Lone working procedure / outline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449F224" w14:textId="5A67173F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147744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12976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3DB44B7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</w:p>
        </w:tc>
      </w:tr>
      <w:tr w:rsidR="00F6149E" w:rsidRPr="00014152" w14:paraId="657C0F97" w14:textId="77777777">
        <w:trPr>
          <w:jc w:val="center"/>
        </w:trPr>
        <w:tc>
          <w:tcPr>
            <w:tcW w:w="4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836190" w14:textId="77777777" w:rsidR="00F6149E" w:rsidRPr="00014152" w:rsidRDefault="00000000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Additional information or supporting document</w:t>
            </w:r>
          </w:p>
        </w:tc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342AF33" w14:textId="2A35E571" w:rsidR="00F6149E" w:rsidRPr="00014152" w:rsidRDefault="00000000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7333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Yes </w:t>
            </w:r>
            <w:sdt>
              <w:sdtPr>
                <w:rPr>
                  <w:rFonts w:ascii="Aptos" w:hAnsi="Aptos"/>
                  <w:sz w:val="19"/>
                </w:rPr>
                <w:id w:val="-138725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No </w:t>
            </w:r>
            <w:sdt>
              <w:sdtPr>
                <w:rPr>
                  <w:rFonts w:ascii="Aptos" w:hAnsi="Aptos"/>
                  <w:sz w:val="19"/>
                </w:rPr>
                <w:id w:val="116134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08" w:rsidRPr="00014152">
                  <w:rPr>
                    <w:rFonts w:ascii="Aptos" w:eastAsia="MS Gothic" w:hAnsi="Aptos"/>
                    <w:sz w:val="19"/>
                  </w:rPr>
                  <w:t>☐</w:t>
                </w:r>
              </w:sdtContent>
            </w:sdt>
            <w:r w:rsidR="00E23508" w:rsidRPr="00014152">
              <w:rPr>
                <w:rFonts w:ascii="Aptos" w:hAnsi="Aptos"/>
                <w:sz w:val="19"/>
              </w:rPr>
              <w:t xml:space="preserve"> N/A</w:t>
            </w:r>
          </w:p>
        </w:tc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4801DC" w14:textId="77777777" w:rsidR="00F6149E" w:rsidRPr="00014152" w:rsidRDefault="00F6149E">
            <w:pPr>
              <w:spacing w:after="40"/>
              <w:rPr>
                <w:rFonts w:ascii="Aptos" w:hAnsi="Aptos"/>
              </w:rPr>
            </w:pPr>
          </w:p>
        </w:tc>
      </w:tr>
    </w:tbl>
    <w:p w14:paraId="636EF650" w14:textId="77777777" w:rsidR="00F6149E" w:rsidRPr="00014152" w:rsidRDefault="00000000">
      <w:pPr>
        <w:pStyle w:val="Heading1"/>
        <w:rPr>
          <w:rFonts w:ascii="Aptos" w:hAnsi="Aptos"/>
        </w:rPr>
      </w:pPr>
      <w:r w:rsidRPr="00014152">
        <w:rPr>
          <w:rFonts w:ascii="Aptos" w:hAnsi="Aptos"/>
        </w:rPr>
        <w:t>17. Declaration</w:t>
      </w:r>
    </w:p>
    <w:p w14:paraId="32EC36DA" w14:textId="77777777" w:rsidR="00F6149E" w:rsidRPr="00014152" w:rsidRDefault="00000000">
      <w:pPr>
        <w:spacing w:after="160"/>
        <w:rPr>
          <w:rFonts w:ascii="Aptos" w:hAnsi="Aptos"/>
        </w:rPr>
      </w:pPr>
      <w:r w:rsidRPr="00014152">
        <w:rPr>
          <w:rFonts w:ascii="Aptos" w:hAnsi="Aptos"/>
        </w:rPr>
        <w:t>I confirm that the information provided in this tender submission is accurate to the best of my knowledge. I understand that NWMCWC may seek clarification, request evidence, take references, reject incomplete or unsuitable tenders, and is not obliged to accept the lowest tender or any tender.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4"/>
        <w:gridCol w:w="7056"/>
      </w:tblGrid>
      <w:tr w:rsidR="00E23508" w:rsidRPr="00014152" w14:paraId="2243E163" w14:textId="77777777">
        <w:trPr>
          <w:jc w:val="center"/>
        </w:trPr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2B01103B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Signed</w:t>
            </w:r>
          </w:p>
        </w:tc>
        <w:tc>
          <w:tcPr>
            <w:tcW w:w="7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2D86266" w14:textId="7E666C72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2042034133"/>
                <w:placeholder>
                  <w:docPart w:val="1E146BD7A57A459AAA878B84A2D2EBF1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1FFE66D3" w14:textId="77777777">
        <w:trPr>
          <w:jc w:val="center"/>
        </w:trPr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212A4FE2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Name</w:t>
            </w:r>
          </w:p>
        </w:tc>
        <w:tc>
          <w:tcPr>
            <w:tcW w:w="7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F475E6D" w14:textId="7B22335C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1858231237"/>
                <w:placeholder>
                  <w:docPart w:val="C77B17A6046A4538BFD8443CF4F2FCBE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3FA37FDF" w14:textId="77777777">
        <w:trPr>
          <w:jc w:val="center"/>
        </w:trPr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7DBB5D6D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lastRenderedPageBreak/>
              <w:t>Role / capacity</w:t>
            </w:r>
          </w:p>
        </w:tc>
        <w:tc>
          <w:tcPr>
            <w:tcW w:w="7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7FC2852" w14:textId="7C259F1B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-764307347"/>
                <w:placeholder>
                  <w:docPart w:val="7CFB3A1244654820BF115BD6AE4C1EE0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  <w:tr w:rsidR="00E23508" w:rsidRPr="00014152" w14:paraId="6E116767" w14:textId="77777777">
        <w:trPr>
          <w:jc w:val="center"/>
        </w:trPr>
        <w:tc>
          <w:tcPr>
            <w:tcW w:w="2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AF3F5"/>
          </w:tcPr>
          <w:p w14:paraId="7E6D5CAF" w14:textId="77777777" w:rsidR="00E23508" w:rsidRPr="00014152" w:rsidRDefault="00E23508" w:rsidP="00E23508">
            <w:pPr>
              <w:spacing w:after="40"/>
              <w:rPr>
                <w:rFonts w:ascii="Aptos" w:hAnsi="Aptos"/>
              </w:rPr>
            </w:pPr>
            <w:r w:rsidRPr="00014152">
              <w:rPr>
                <w:rFonts w:ascii="Aptos" w:hAnsi="Aptos"/>
                <w:sz w:val="19"/>
              </w:rPr>
              <w:t>Date</w:t>
            </w:r>
          </w:p>
        </w:tc>
        <w:tc>
          <w:tcPr>
            <w:tcW w:w="70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4899B23" w14:textId="351E9659" w:rsidR="00E23508" w:rsidRPr="00014152" w:rsidRDefault="00000000" w:rsidP="00E23508">
            <w:pPr>
              <w:spacing w:after="40"/>
              <w:rPr>
                <w:rFonts w:ascii="Aptos" w:hAnsi="Aptos"/>
              </w:rPr>
            </w:pPr>
            <w:sdt>
              <w:sdtPr>
                <w:rPr>
                  <w:rFonts w:ascii="Aptos" w:hAnsi="Aptos"/>
                  <w:sz w:val="19"/>
                </w:rPr>
                <w:id w:val="218639901"/>
                <w:placeholder>
                  <w:docPart w:val="7ECF4C1C7C3E49EE9F5F5D365BAB7349"/>
                </w:placeholder>
                <w:showingPlcHdr/>
                <w:text/>
              </w:sdtPr>
              <w:sdtContent>
                <w:r w:rsidR="00E23508" w:rsidRPr="00014152">
                  <w:rPr>
                    <w:rStyle w:val="PlaceholderText"/>
                    <w:rFonts w:ascii="Aptos" w:hAnsi="Aptos"/>
                  </w:rPr>
                  <w:t>Click or tap here to enter text.</w:t>
                </w:r>
              </w:sdtContent>
            </w:sdt>
          </w:p>
        </w:tc>
      </w:tr>
    </w:tbl>
    <w:p w14:paraId="2CB8C485" w14:textId="77777777" w:rsidR="00443B55" w:rsidRPr="00014152" w:rsidRDefault="00443B55">
      <w:pPr>
        <w:rPr>
          <w:rFonts w:ascii="Aptos" w:hAnsi="Aptos"/>
        </w:rPr>
      </w:pPr>
    </w:p>
    <w:sectPr w:rsidR="00443B55" w:rsidRPr="00014152" w:rsidSect="00034616">
      <w:headerReference w:type="default" r:id="rId11"/>
      <w:footerReference w:type="default" r:id="rId12"/>
      <w:pgSz w:w="12240" w:h="15840"/>
      <w:pgMar w:top="936" w:right="936" w:bottom="936" w:left="93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56310" w14:textId="77777777" w:rsidR="009837A8" w:rsidRDefault="009837A8">
      <w:pPr>
        <w:spacing w:after="0" w:line="240" w:lineRule="auto"/>
      </w:pPr>
      <w:r>
        <w:separator/>
      </w:r>
    </w:p>
  </w:endnote>
  <w:endnote w:type="continuationSeparator" w:id="0">
    <w:p w14:paraId="3C1D9544" w14:textId="77777777" w:rsidR="009837A8" w:rsidRDefault="009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91FA5" w14:textId="77777777" w:rsidR="00F6149E" w:rsidRPr="00014152" w:rsidRDefault="00000000">
    <w:pPr>
      <w:pStyle w:val="Footer"/>
      <w:jc w:val="center"/>
      <w:rPr>
        <w:rFonts w:ascii="Aptos" w:hAnsi="Aptos"/>
      </w:rPr>
    </w:pPr>
    <w:r w:rsidRPr="00014152">
      <w:rPr>
        <w:rFonts w:ascii="Aptos" w:hAnsi="Aptos"/>
        <w:sz w:val="16"/>
      </w:rPr>
      <w:t>North West Mull Community Woodland Company Ltd | Deer Management Tender Submission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443D" w14:textId="77777777" w:rsidR="009837A8" w:rsidRDefault="009837A8">
      <w:pPr>
        <w:spacing w:after="0" w:line="240" w:lineRule="auto"/>
      </w:pPr>
      <w:r>
        <w:separator/>
      </w:r>
    </w:p>
  </w:footnote>
  <w:footnote w:type="continuationSeparator" w:id="0">
    <w:p w14:paraId="34408A45" w14:textId="77777777" w:rsidR="009837A8" w:rsidRDefault="009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E3FE" w14:textId="77777777" w:rsidR="00F6149E" w:rsidRDefault="00000000">
    <w:pPr>
      <w:pStyle w:val="Header"/>
      <w:jc w:val="right"/>
    </w:pPr>
    <w:r>
      <w:rPr>
        <w:noProof/>
      </w:rPr>
      <w:drawing>
        <wp:inline distT="0" distB="0" distL="0" distR="0" wp14:anchorId="300DA7E0" wp14:editId="16EE01FC">
          <wp:extent cx="777240" cy="374047"/>
          <wp:effectExtent l="0" t="0" r="0" b="0"/>
          <wp:docPr id="142288009" name="Picture 142288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wmcwc_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" cy="374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017510"/>
    <w:multiLevelType w:val="hybridMultilevel"/>
    <w:tmpl w:val="5FD63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292635">
    <w:abstractNumId w:val="8"/>
  </w:num>
  <w:num w:numId="2" w16cid:durableId="1773090518">
    <w:abstractNumId w:val="6"/>
  </w:num>
  <w:num w:numId="3" w16cid:durableId="825318801">
    <w:abstractNumId w:val="5"/>
  </w:num>
  <w:num w:numId="4" w16cid:durableId="1633559848">
    <w:abstractNumId w:val="4"/>
  </w:num>
  <w:num w:numId="5" w16cid:durableId="1214660562">
    <w:abstractNumId w:val="7"/>
  </w:num>
  <w:num w:numId="6" w16cid:durableId="41637802">
    <w:abstractNumId w:val="3"/>
  </w:num>
  <w:num w:numId="7" w16cid:durableId="1710641613">
    <w:abstractNumId w:val="2"/>
  </w:num>
  <w:num w:numId="8" w16cid:durableId="684358168">
    <w:abstractNumId w:val="1"/>
  </w:num>
  <w:num w:numId="9" w16cid:durableId="1793328931">
    <w:abstractNumId w:val="0"/>
  </w:num>
  <w:num w:numId="10" w16cid:durableId="4965773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152"/>
    <w:rsid w:val="00024D74"/>
    <w:rsid w:val="00033EB7"/>
    <w:rsid w:val="00034616"/>
    <w:rsid w:val="0006063C"/>
    <w:rsid w:val="000B0A0A"/>
    <w:rsid w:val="000B1B36"/>
    <w:rsid w:val="0015074B"/>
    <w:rsid w:val="00173FAA"/>
    <w:rsid w:val="001F48B1"/>
    <w:rsid w:val="001F5D65"/>
    <w:rsid w:val="00284D55"/>
    <w:rsid w:val="0029639D"/>
    <w:rsid w:val="002A13C3"/>
    <w:rsid w:val="002B141F"/>
    <w:rsid w:val="00326F90"/>
    <w:rsid w:val="003437B6"/>
    <w:rsid w:val="003711A8"/>
    <w:rsid w:val="003C4E3F"/>
    <w:rsid w:val="004047D7"/>
    <w:rsid w:val="0042447B"/>
    <w:rsid w:val="004403CB"/>
    <w:rsid w:val="00443B55"/>
    <w:rsid w:val="00480DDC"/>
    <w:rsid w:val="004A706A"/>
    <w:rsid w:val="005038ED"/>
    <w:rsid w:val="00542349"/>
    <w:rsid w:val="00605083"/>
    <w:rsid w:val="00644837"/>
    <w:rsid w:val="00645F9D"/>
    <w:rsid w:val="00652F8E"/>
    <w:rsid w:val="00691A7D"/>
    <w:rsid w:val="006C156D"/>
    <w:rsid w:val="00781582"/>
    <w:rsid w:val="007B3DD4"/>
    <w:rsid w:val="007C63BB"/>
    <w:rsid w:val="00804D8C"/>
    <w:rsid w:val="00845113"/>
    <w:rsid w:val="00877AA9"/>
    <w:rsid w:val="008915FE"/>
    <w:rsid w:val="0096593D"/>
    <w:rsid w:val="009837A8"/>
    <w:rsid w:val="00A1489D"/>
    <w:rsid w:val="00A305BA"/>
    <w:rsid w:val="00A32AA9"/>
    <w:rsid w:val="00A64B28"/>
    <w:rsid w:val="00AA1D8D"/>
    <w:rsid w:val="00AB5221"/>
    <w:rsid w:val="00AC38CA"/>
    <w:rsid w:val="00AD017F"/>
    <w:rsid w:val="00AD6E64"/>
    <w:rsid w:val="00B165C3"/>
    <w:rsid w:val="00B47730"/>
    <w:rsid w:val="00B504E4"/>
    <w:rsid w:val="00B66BAE"/>
    <w:rsid w:val="00B729D7"/>
    <w:rsid w:val="00C34B63"/>
    <w:rsid w:val="00C63DD0"/>
    <w:rsid w:val="00C86765"/>
    <w:rsid w:val="00CB0664"/>
    <w:rsid w:val="00CF53AF"/>
    <w:rsid w:val="00E23508"/>
    <w:rsid w:val="00EE415F"/>
    <w:rsid w:val="00F6149E"/>
    <w:rsid w:val="00FC693F"/>
    <w:rsid w:val="00FC6D78"/>
    <w:rsid w:val="00FD570F"/>
    <w:rsid w:val="00FE06D7"/>
    <w:rsid w:val="00FE3F27"/>
    <w:rsid w:val="00FF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EFEA93"/>
  <w14:defaultImageDpi w14:val="330"/>
  <w15:docId w15:val="{0329FE87-E66E-4FF2-AF49-E101815F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5606E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6E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6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F53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3A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729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dmin@nwmullwoodland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nwmullwoodland.co.uk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69908-B42E-4208-803A-60F582C86641}"/>
      </w:docPartPr>
      <w:docPartBody>
        <w:p w:rsidR="002D6825" w:rsidRDefault="00A359AD"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2EC402F1C41C6A3B41AFD80F0A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1B147-8EF9-4882-8263-B8528625D9CA}"/>
      </w:docPartPr>
      <w:docPartBody>
        <w:p w:rsidR="002D6825" w:rsidRDefault="00A359AD" w:rsidP="00A359AD">
          <w:pPr>
            <w:pStyle w:val="1322EC402F1C41C6A3B41AFD80F0A77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709AAC70034335B8B0C43D4A18E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EF92D-A75C-48F1-888D-D884D54E2BB0}"/>
      </w:docPartPr>
      <w:docPartBody>
        <w:p w:rsidR="002D6825" w:rsidRDefault="00A359AD" w:rsidP="00A359AD">
          <w:pPr>
            <w:pStyle w:val="10709AAC70034335B8B0C43D4A18E58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5D77D4BC9D47819BD335207FABF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675B6-B54A-44E4-BD2A-1B4BA86D4D98}"/>
      </w:docPartPr>
      <w:docPartBody>
        <w:p w:rsidR="002D6825" w:rsidRDefault="00A359AD" w:rsidP="00A359AD">
          <w:pPr>
            <w:pStyle w:val="005D77D4BC9D47819BD335207FABF193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9846FE53EF453FAF0B650662210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05885-523C-49B9-A869-787F9D901335}"/>
      </w:docPartPr>
      <w:docPartBody>
        <w:p w:rsidR="002D6825" w:rsidRDefault="00A359AD" w:rsidP="00A359AD">
          <w:pPr>
            <w:pStyle w:val="C99846FE53EF453FAF0B6506622107F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0722ADFC0C4557BA2DA2B321579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28A59-06A2-4648-B330-3B96CB2FCA53}"/>
      </w:docPartPr>
      <w:docPartBody>
        <w:p w:rsidR="002D6825" w:rsidRDefault="00A359AD" w:rsidP="00A359AD">
          <w:pPr>
            <w:pStyle w:val="060722ADFC0C4557BA2DA2B321579ECA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42AA5C628545FFB3341AF0DCDB3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509FF-2A5C-4A83-B1B9-91B2B1A5F32D}"/>
      </w:docPartPr>
      <w:docPartBody>
        <w:p w:rsidR="002D6825" w:rsidRDefault="00A359AD" w:rsidP="00A359AD">
          <w:pPr>
            <w:pStyle w:val="EF42AA5C628545FFB3341AF0DCDB3921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24ABEF16E24439901407136AF3E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864B3-8962-4CB5-9215-963FF1E6A085}"/>
      </w:docPartPr>
      <w:docPartBody>
        <w:p w:rsidR="002D6825" w:rsidRDefault="00A359AD" w:rsidP="00A359AD">
          <w:pPr>
            <w:pStyle w:val="A024ABEF16E24439901407136AF3ECA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16D93D2B30406C849FCF9A60F65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6CC69-7959-40F8-9541-43B8F992CD2E}"/>
      </w:docPartPr>
      <w:docPartBody>
        <w:p w:rsidR="002D6825" w:rsidRDefault="00A359AD" w:rsidP="00A359AD">
          <w:pPr>
            <w:pStyle w:val="E316D93D2B30406C849FCF9A60F6568D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8FA2FAF4AA45B98BE13AB4BB556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98C1-ADA2-476F-9CEC-054413FF79DC}"/>
      </w:docPartPr>
      <w:docPartBody>
        <w:p w:rsidR="002D6825" w:rsidRDefault="00A359AD" w:rsidP="00A359AD">
          <w:pPr>
            <w:pStyle w:val="938FA2FAF4AA45B98BE13AB4BB55684F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C0CE63661E4AFB88355DE8DBEA1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1B228-663B-4314-8D89-4C6A7DDCECA2}"/>
      </w:docPartPr>
      <w:docPartBody>
        <w:p w:rsidR="002D6825" w:rsidRDefault="00A359AD" w:rsidP="00A359AD">
          <w:pPr>
            <w:pStyle w:val="ABC0CE63661E4AFB88355DE8DBEA108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6CF3C40924DE587436E4D9BAE0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4EE05-5247-437E-9127-23E1EAD3AB4B}"/>
      </w:docPartPr>
      <w:docPartBody>
        <w:p w:rsidR="002D6825" w:rsidRDefault="00A359AD" w:rsidP="00A359AD">
          <w:pPr>
            <w:pStyle w:val="5A96CF3C40924DE587436E4D9BAE0DEA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9D0A0DAE444E79F6AEB82ADDC5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C4BB9-591A-4C77-A3C3-42C3B76BB2BB}"/>
      </w:docPartPr>
      <w:docPartBody>
        <w:p w:rsidR="002D6825" w:rsidRDefault="00A359AD" w:rsidP="00A359AD">
          <w:pPr>
            <w:pStyle w:val="1B19D0A0DAE444E79F6AEB82ADDC5934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58D4B0F61F484A99571C6B7912F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74804-443C-422F-A57D-9DB00DCD0CE4}"/>
      </w:docPartPr>
      <w:docPartBody>
        <w:p w:rsidR="002D6825" w:rsidRDefault="00A359AD" w:rsidP="00A359AD">
          <w:pPr>
            <w:pStyle w:val="7B58D4B0F61F484A99571C6B7912F1F9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567A03E8F042CA899AC369ADADC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4DBC2-F549-46BE-B931-955DC202866E}"/>
      </w:docPartPr>
      <w:docPartBody>
        <w:p w:rsidR="002D6825" w:rsidRDefault="00A359AD" w:rsidP="00A359AD">
          <w:pPr>
            <w:pStyle w:val="7F567A03E8F042CA899AC369ADADCF20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E03AD0548A4EDE8C83C5E292D18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E4C04-1D4F-484C-84C7-ACA0D6D2FF59}"/>
      </w:docPartPr>
      <w:docPartBody>
        <w:p w:rsidR="002D6825" w:rsidRDefault="00A359AD" w:rsidP="00A359AD">
          <w:pPr>
            <w:pStyle w:val="82E03AD0548A4EDE8C83C5E292D186D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588F0CEBA443CAD9B2D084E704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A798D-3167-46F7-B3C2-F899FD510C9A}"/>
      </w:docPartPr>
      <w:docPartBody>
        <w:p w:rsidR="002D6825" w:rsidRDefault="00A359AD" w:rsidP="00A359AD">
          <w:pPr>
            <w:pStyle w:val="4C8588F0CEBA443CAD9B2D084E704FC3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5EE88977084225A519BF3CFEFB6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0E455-C160-4277-995D-B3BD0B2C7F8A}"/>
      </w:docPartPr>
      <w:docPartBody>
        <w:p w:rsidR="002D6825" w:rsidRDefault="00A359AD" w:rsidP="00A359AD">
          <w:pPr>
            <w:pStyle w:val="D15EE88977084225A519BF3CFEFB6104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910857E1BD4401A4EFD22487630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1650D-C730-4C09-B4BD-1B0358724024}"/>
      </w:docPartPr>
      <w:docPartBody>
        <w:p w:rsidR="002D6825" w:rsidRDefault="00A359AD" w:rsidP="00A359AD">
          <w:pPr>
            <w:pStyle w:val="D9910857E1BD4401A4EFD2248763070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E0310A5B7040E89557520E41C92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5251C-53D5-4EA2-9ED6-3E735C1DCC0C}"/>
      </w:docPartPr>
      <w:docPartBody>
        <w:p w:rsidR="002D6825" w:rsidRDefault="00A359AD" w:rsidP="00A359AD">
          <w:pPr>
            <w:pStyle w:val="B0E0310A5B7040E89557520E41C9208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10824BB67044C8BFF49496DA63C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D8767-32DE-44D3-AED3-D4B259073A9B}"/>
      </w:docPartPr>
      <w:docPartBody>
        <w:p w:rsidR="002D6825" w:rsidRDefault="00A359AD" w:rsidP="00A359AD">
          <w:pPr>
            <w:pStyle w:val="6910824BB67044C8BFF49496DA63C4D3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69C33ADBBD4EAB8396EF6E514DF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2D088-DF04-4995-8AA7-A612ABC8BD70}"/>
      </w:docPartPr>
      <w:docPartBody>
        <w:p w:rsidR="002D6825" w:rsidRDefault="00A359AD" w:rsidP="00A359AD">
          <w:pPr>
            <w:pStyle w:val="F369C33ADBBD4EAB8396EF6E514DFBB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D6D1937D3D45B09CC305316ECF8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DA95A-BA69-4B45-A9E1-DFBFB6CC3F07}"/>
      </w:docPartPr>
      <w:docPartBody>
        <w:p w:rsidR="002D6825" w:rsidRDefault="00A359AD" w:rsidP="00A359AD">
          <w:pPr>
            <w:pStyle w:val="73D6D1937D3D45B09CC305316ECF8290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FC1CB59FC74DFEACB1BAA6A5862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215B3-80BE-423B-AC1D-1D7975B396D6}"/>
      </w:docPartPr>
      <w:docPartBody>
        <w:p w:rsidR="002D6825" w:rsidRDefault="00A359AD" w:rsidP="00A359AD">
          <w:pPr>
            <w:pStyle w:val="75FC1CB59FC74DFEACB1BAA6A5862DCF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9AD754CF9145B5A9D1812223F63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4A18D-E09F-48AC-A05E-0E7D7F6F435A}"/>
      </w:docPartPr>
      <w:docPartBody>
        <w:p w:rsidR="002D6825" w:rsidRDefault="00A359AD" w:rsidP="00A359AD">
          <w:pPr>
            <w:pStyle w:val="9D9AD754CF9145B5A9D1812223F635F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ED82487ECA471A89DA59B43390A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06DE7-1AEB-46B9-9796-582C720D7AD3}"/>
      </w:docPartPr>
      <w:docPartBody>
        <w:p w:rsidR="002D6825" w:rsidRDefault="00A359AD" w:rsidP="00A359AD">
          <w:pPr>
            <w:pStyle w:val="A0ED82487ECA471A89DA59B43390A027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F2CFF6C9B54C7985C07A7A348B4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1A6B2-DCCE-4007-8E96-3CFAD9E7FC84}"/>
      </w:docPartPr>
      <w:docPartBody>
        <w:p w:rsidR="002D6825" w:rsidRDefault="00A359AD" w:rsidP="00A359AD">
          <w:pPr>
            <w:pStyle w:val="83F2CFF6C9B54C7985C07A7A348B40DD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5093CD8294AD388DE2DB0F0B97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99A34-450D-4BA6-9FCD-01E71D64B87E}"/>
      </w:docPartPr>
      <w:docPartBody>
        <w:p w:rsidR="002D6825" w:rsidRDefault="00A359AD" w:rsidP="00A359AD">
          <w:pPr>
            <w:pStyle w:val="8315093CD8294AD388DE2DB0F0B97405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A04669ACE243ED86C74F232B214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A9ECB-415E-4ECE-80AD-D8A0F22F570D}"/>
      </w:docPartPr>
      <w:docPartBody>
        <w:p w:rsidR="002D6825" w:rsidRDefault="00A359AD" w:rsidP="00A359AD">
          <w:pPr>
            <w:pStyle w:val="6CA04669ACE243ED86C74F232B214C6D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D2815A6D734763B2F7E71072816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453A9-F63B-47A0-A751-209559EDE7C9}"/>
      </w:docPartPr>
      <w:docPartBody>
        <w:p w:rsidR="002D6825" w:rsidRDefault="00A359AD" w:rsidP="00A359AD">
          <w:pPr>
            <w:pStyle w:val="0AD2815A6D734763B2F7E71072816C60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A175E7E7CB414F99D7EFA97A0D7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EE516-A3CD-44A0-9FC5-EF6A1DC43909}"/>
      </w:docPartPr>
      <w:docPartBody>
        <w:p w:rsidR="002D6825" w:rsidRDefault="00A359AD" w:rsidP="00A359AD">
          <w:pPr>
            <w:pStyle w:val="92A175E7E7CB414F99D7EFA97A0D7797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F1E9B089A941BD8579B286F79DE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6F37A-9EF8-42AE-96AB-7925C3F7C26A}"/>
      </w:docPartPr>
      <w:docPartBody>
        <w:p w:rsidR="002D6825" w:rsidRDefault="00A359AD" w:rsidP="00A359AD">
          <w:pPr>
            <w:pStyle w:val="A9F1E9B089A941BD8579B286F79DE10F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07FD9817E54D8E91B000337D7D6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53F9A-6573-4AB5-9AE7-BDF6BC95E8B7}"/>
      </w:docPartPr>
      <w:docPartBody>
        <w:p w:rsidR="002D6825" w:rsidRDefault="00A359AD" w:rsidP="00A359AD">
          <w:pPr>
            <w:pStyle w:val="5B07FD9817E54D8E91B000337D7D6DF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2FD126240C4B4FB94FEE052B486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F6DE9-C2B6-4C5B-9781-2F63B655422E}"/>
      </w:docPartPr>
      <w:docPartBody>
        <w:p w:rsidR="002D6825" w:rsidRDefault="00A359AD" w:rsidP="00A359AD">
          <w:pPr>
            <w:pStyle w:val="C52FD126240C4B4FB94FEE052B4866D0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BBDEB74BE48F4AF1BC098B6B3F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BDE3B-8F69-4E28-9482-B3B0B9255609}"/>
      </w:docPartPr>
      <w:docPartBody>
        <w:p w:rsidR="002D6825" w:rsidRDefault="00A359AD" w:rsidP="00A359AD">
          <w:pPr>
            <w:pStyle w:val="27FBBDEB74BE48F4AF1BC098B6B3F53A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4FA2B7F51B446893701B88D18DC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B4DB0-8E9B-4BF9-A390-5F92DA4E06AD}"/>
      </w:docPartPr>
      <w:docPartBody>
        <w:p w:rsidR="002D6825" w:rsidRDefault="00A359AD" w:rsidP="00A359AD">
          <w:pPr>
            <w:pStyle w:val="B54FA2B7F51B446893701B88D18DCA23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E919F645BB4B8C83361660999F8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501B3-F841-4B68-91D4-BC34B63E84DD}"/>
      </w:docPartPr>
      <w:docPartBody>
        <w:p w:rsidR="002D6825" w:rsidRDefault="00A359AD" w:rsidP="00A359AD">
          <w:pPr>
            <w:pStyle w:val="A5E919F645BB4B8C83361660999F83F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C821E7A084913A1F5A70CA227E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5E0F8-F1A6-4FFE-8119-8D4518D982D7}"/>
      </w:docPartPr>
      <w:docPartBody>
        <w:p w:rsidR="002D6825" w:rsidRDefault="00A359AD" w:rsidP="00A359AD">
          <w:pPr>
            <w:pStyle w:val="B96C821E7A084913A1F5A70CA227E8F7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77E57FB5454275BD107766D0D52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64500-AB3A-4D24-879E-2773266E672E}"/>
      </w:docPartPr>
      <w:docPartBody>
        <w:p w:rsidR="002D6825" w:rsidRDefault="00A359AD" w:rsidP="00A359AD">
          <w:pPr>
            <w:pStyle w:val="9C77E57FB5454275BD107766D0D523A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688D3900584884B7B97D1C1F507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B1FF3-EE9A-4EC0-B94D-45E8F2629660}"/>
      </w:docPartPr>
      <w:docPartBody>
        <w:p w:rsidR="002D6825" w:rsidRDefault="00A359AD" w:rsidP="00A359AD">
          <w:pPr>
            <w:pStyle w:val="D7688D3900584884B7B97D1C1F5075C7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138A17FDC7447EB2DA82D192A02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30A71-CA77-4040-B5B1-E0FABBB08538}"/>
      </w:docPartPr>
      <w:docPartBody>
        <w:p w:rsidR="002D6825" w:rsidRDefault="00A359AD" w:rsidP="00A359AD">
          <w:pPr>
            <w:pStyle w:val="44138A17FDC7447EB2DA82D192A02C56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1447528DC4E93AD10C489C626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1CCF6-28B4-42D4-8290-5579C7EC637F}"/>
      </w:docPartPr>
      <w:docPartBody>
        <w:p w:rsidR="002D6825" w:rsidRDefault="00A359AD" w:rsidP="00A359AD">
          <w:pPr>
            <w:pStyle w:val="4C21447528DC4E93AD10C489C62625E5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9A8377C90A454BAA97FA7DD5BAC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E1980-56BD-4D8C-97EE-595223C08F70}"/>
      </w:docPartPr>
      <w:docPartBody>
        <w:p w:rsidR="002D6825" w:rsidRDefault="00A359AD" w:rsidP="00A359AD">
          <w:pPr>
            <w:pStyle w:val="9A9A8377C90A454BAA97FA7DD5BAC2A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60BEBA893C466B88D24B4D6C64C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0606C-3928-4037-A7B1-81394ABCF0B9}"/>
      </w:docPartPr>
      <w:docPartBody>
        <w:p w:rsidR="002D6825" w:rsidRDefault="00A359AD" w:rsidP="00A359AD">
          <w:pPr>
            <w:pStyle w:val="1660BEBA893C466B88D24B4D6C64CA84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C80C44BF2E4536B53C7B29F05AF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2D0B9-BED8-4CAE-AED1-06C3EBABA83D}"/>
      </w:docPartPr>
      <w:docPartBody>
        <w:p w:rsidR="002D6825" w:rsidRDefault="00A359AD" w:rsidP="00A359AD">
          <w:pPr>
            <w:pStyle w:val="F2C80C44BF2E4536B53C7B29F05AF9A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B198E5BBD4972A16FB3989AD72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56D86-2EC4-4A0E-A40B-96C26EEF34E1}"/>
      </w:docPartPr>
      <w:docPartBody>
        <w:p w:rsidR="002D6825" w:rsidRDefault="00A359AD" w:rsidP="00A359AD">
          <w:pPr>
            <w:pStyle w:val="39EB198E5BBD4972A16FB3989AD726D0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635D2417644D5BA27409BD890C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F2918-D97D-4B64-9842-66386C39B65A}"/>
      </w:docPartPr>
      <w:docPartBody>
        <w:p w:rsidR="002D6825" w:rsidRDefault="00A359AD" w:rsidP="00A359AD">
          <w:pPr>
            <w:pStyle w:val="11B635D2417644D5BA27409BD890CA2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4A384BEBF4890B8C919996986E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C380B-613E-42E5-8C67-24C82C619052}"/>
      </w:docPartPr>
      <w:docPartBody>
        <w:p w:rsidR="002D6825" w:rsidRDefault="00A359AD" w:rsidP="00A359AD">
          <w:pPr>
            <w:pStyle w:val="9604A384BEBF4890B8C919996986E897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BCCD293BEF47D0A6F9AA515E939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E97CA-AD9E-4779-988F-42516DB5D1FB}"/>
      </w:docPartPr>
      <w:docPartBody>
        <w:p w:rsidR="002D6825" w:rsidRDefault="00A359AD" w:rsidP="00A359AD">
          <w:pPr>
            <w:pStyle w:val="56BCCD293BEF47D0A6F9AA515E939DBA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0337D2DC34FAE8768FD6A0673C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C3A93-1420-414D-9C91-A21133385680}"/>
      </w:docPartPr>
      <w:docPartBody>
        <w:p w:rsidR="002D6825" w:rsidRDefault="00A359AD" w:rsidP="00A359AD">
          <w:pPr>
            <w:pStyle w:val="A430337D2DC34FAE8768FD6A0673C59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9DB4AE19774FDB9327F38F7C6E1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96552-A141-4419-9AE0-4752440CD98C}"/>
      </w:docPartPr>
      <w:docPartBody>
        <w:p w:rsidR="002D6825" w:rsidRDefault="00A359AD" w:rsidP="00A359AD">
          <w:pPr>
            <w:pStyle w:val="419DB4AE19774FDB9327F38F7C6E1AB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9051BD644C46F6944BF4C930C02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49625-42C7-47B6-BC0F-7E8B9DE1AE50}"/>
      </w:docPartPr>
      <w:docPartBody>
        <w:p w:rsidR="002D6825" w:rsidRDefault="00A359AD" w:rsidP="00A359AD">
          <w:pPr>
            <w:pStyle w:val="8C9051BD644C46F6944BF4C930C0206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623B26029340CC9AB445835EA69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09CF5-3334-452C-9B40-FFF96CFE5109}"/>
      </w:docPartPr>
      <w:docPartBody>
        <w:p w:rsidR="002D6825" w:rsidRDefault="00A359AD" w:rsidP="00A359AD">
          <w:pPr>
            <w:pStyle w:val="4D623B26029340CC9AB445835EA6964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3E176CC5BB4CCA8D9361D9614FE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2921D-D93C-428E-920C-F4450E7D5829}"/>
      </w:docPartPr>
      <w:docPartBody>
        <w:p w:rsidR="002D6825" w:rsidRDefault="00A359AD" w:rsidP="00A359AD">
          <w:pPr>
            <w:pStyle w:val="D93E176CC5BB4CCA8D9361D9614FE0A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A16C66E104499F95C46480C8D84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5A00B-8A8B-45DA-9030-E0FE55B19D5C}"/>
      </w:docPartPr>
      <w:docPartBody>
        <w:p w:rsidR="002D6825" w:rsidRDefault="00A359AD" w:rsidP="00A359AD">
          <w:pPr>
            <w:pStyle w:val="C8A16C66E104499F95C46480C8D84064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B51F9BFB1342A0A9B8EF16AA895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2452E-4097-456F-8729-2A0EADCD81A7}"/>
      </w:docPartPr>
      <w:docPartBody>
        <w:p w:rsidR="002D6825" w:rsidRDefault="00A359AD" w:rsidP="00A359AD">
          <w:pPr>
            <w:pStyle w:val="B4B51F9BFB1342A0A9B8EF16AA895D36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E5E7F861D4AB8B1AFAA787FEF1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8D7BA-BE5A-47C5-8609-B83DF6D76D14}"/>
      </w:docPartPr>
      <w:docPartBody>
        <w:p w:rsidR="002D6825" w:rsidRDefault="00A359AD" w:rsidP="00A359AD">
          <w:pPr>
            <w:pStyle w:val="4B8E5E7F861D4AB8B1AFAA787FEF1B77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D5D83740F408FB6484BF8FDFCC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56752-E797-4016-A3ED-848B6595CA8F}"/>
      </w:docPartPr>
      <w:docPartBody>
        <w:p w:rsidR="002D6825" w:rsidRDefault="00A359AD" w:rsidP="00A359AD">
          <w:pPr>
            <w:pStyle w:val="E02D5D83740F408FB6484BF8FDFCCF8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F4BA4FFD5044C289D25001AED53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85CDF-1DDB-4B8E-8CEE-27151B67659D}"/>
      </w:docPartPr>
      <w:docPartBody>
        <w:p w:rsidR="002D6825" w:rsidRDefault="00A359AD" w:rsidP="00A359AD">
          <w:pPr>
            <w:pStyle w:val="C4F4BA4FFD5044C289D25001AED538F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CD9D61794640238EDFED9BCEDFA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BB0FD-F856-49BA-BF5F-A1315A4DF9F3}"/>
      </w:docPartPr>
      <w:docPartBody>
        <w:p w:rsidR="002D6825" w:rsidRDefault="00A359AD" w:rsidP="00A359AD">
          <w:pPr>
            <w:pStyle w:val="60CD9D61794640238EDFED9BCEDFABCD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561CD9E7D4618B8049E4932C92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E71E1-E740-4A51-9F87-F5BCC0B2DD2C}"/>
      </w:docPartPr>
      <w:docPartBody>
        <w:p w:rsidR="002D6825" w:rsidRDefault="00A359AD" w:rsidP="00A359AD">
          <w:pPr>
            <w:pStyle w:val="33F561CD9E7D4618B8049E4932C92491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59D3E701C641538F0C6E7649479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8208D-198F-4821-8017-E1FBCDBDAE8B}"/>
      </w:docPartPr>
      <w:docPartBody>
        <w:p w:rsidR="002D6825" w:rsidRDefault="00A359AD" w:rsidP="00A359AD">
          <w:pPr>
            <w:pStyle w:val="C459D3E701C641538F0C6E7649479465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6979F4381B4C938FAF2863B3BAC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CB80-ED0E-48D8-AC22-716BAFBF4529}"/>
      </w:docPartPr>
      <w:docPartBody>
        <w:p w:rsidR="002D6825" w:rsidRDefault="00A359AD" w:rsidP="00A359AD">
          <w:pPr>
            <w:pStyle w:val="9B6979F4381B4C938FAF2863B3BAC27D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105EEC6C844D0E81BF568A87AD2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526A3-395A-4C03-982F-72F8E9463B56}"/>
      </w:docPartPr>
      <w:docPartBody>
        <w:p w:rsidR="002D6825" w:rsidRDefault="00A359AD" w:rsidP="00A359AD">
          <w:pPr>
            <w:pStyle w:val="C7105EEC6C844D0E81BF568A87AD2D83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91B99D1724FEEA6B0D26BE9834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15F0E-DBD0-4255-B090-4242401BC817}"/>
      </w:docPartPr>
      <w:docPartBody>
        <w:p w:rsidR="002D6825" w:rsidRDefault="00A359AD" w:rsidP="00A359AD">
          <w:pPr>
            <w:pStyle w:val="0A691B99D1724FEEA6B0D26BE9834BC3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8A66F1F990427C97E39A537801D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8C5BF-DC28-4213-ABDC-C07678B700A3}"/>
      </w:docPartPr>
      <w:docPartBody>
        <w:p w:rsidR="002D6825" w:rsidRDefault="00A359AD" w:rsidP="00A359AD">
          <w:pPr>
            <w:pStyle w:val="C08A66F1F990427C97E39A537801DE5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8F641F8ADA45789C9C1C991D6D0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2D0D1-1C85-4F1E-A6D3-2BB49BB10752}"/>
      </w:docPartPr>
      <w:docPartBody>
        <w:p w:rsidR="002D6825" w:rsidRDefault="00A359AD" w:rsidP="00A359AD">
          <w:pPr>
            <w:pStyle w:val="478F641F8ADA45789C9C1C991D6D0EAD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1AC3BFC664C819DC619FBBAE44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8A671-3590-45CE-939D-E074D106B4C4}"/>
      </w:docPartPr>
      <w:docPartBody>
        <w:p w:rsidR="002D6825" w:rsidRDefault="00A359AD" w:rsidP="00A359AD">
          <w:pPr>
            <w:pStyle w:val="45D1AC3BFC664C819DC619FBBAE44F3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6425016D524E5D9392F263BA4A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22530-4606-46C6-8632-9F43D5FB8274}"/>
      </w:docPartPr>
      <w:docPartBody>
        <w:p w:rsidR="002D6825" w:rsidRDefault="00A359AD" w:rsidP="00A359AD">
          <w:pPr>
            <w:pStyle w:val="246425016D524E5D9392F263BA4AA9B4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C9EA69C4F7469F9DBD0449F479B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825A1-C1E9-48C6-89D5-55AA07FC0825}"/>
      </w:docPartPr>
      <w:docPartBody>
        <w:p w:rsidR="002D6825" w:rsidRDefault="00A359AD" w:rsidP="00A359AD">
          <w:pPr>
            <w:pStyle w:val="21C9EA69C4F7469F9DBD0449F479BB4A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B443BBD17744319C9957A6EB1EC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8F63E-8EE2-41BB-BF16-242B92ABC2F2}"/>
      </w:docPartPr>
      <w:docPartBody>
        <w:p w:rsidR="002D6825" w:rsidRDefault="00A359AD" w:rsidP="00A359AD">
          <w:pPr>
            <w:pStyle w:val="EBB443BBD17744319C9957A6EB1EC040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87A8E9F05B469CB52C4C4CC7EE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5EC4B-3818-4281-AF31-E31864FA46EF}"/>
      </w:docPartPr>
      <w:docPartBody>
        <w:p w:rsidR="002D6825" w:rsidRDefault="00A359AD" w:rsidP="00A359AD">
          <w:pPr>
            <w:pStyle w:val="3387A8E9F05B469CB52C4C4CC7EE4B06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0C042971EB4AD1BFA4282AA4A98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0EA98-E281-4D29-92B6-977D103E5174}"/>
      </w:docPartPr>
      <w:docPartBody>
        <w:p w:rsidR="002D6825" w:rsidRDefault="00A359AD" w:rsidP="00A359AD">
          <w:pPr>
            <w:pStyle w:val="200C042971EB4AD1BFA4282AA4A989DF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6E5B277A60427997494CEABEC7B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7A68C-06F3-491E-AC63-C1A4A239DC7D}"/>
      </w:docPartPr>
      <w:docPartBody>
        <w:p w:rsidR="002D6825" w:rsidRDefault="00A359AD" w:rsidP="00A359AD">
          <w:pPr>
            <w:pStyle w:val="5C6E5B277A60427997494CEABEC7B84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01B4785CB3456589534028B8E40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F9677-99EB-4964-8A14-00102097D877}"/>
      </w:docPartPr>
      <w:docPartBody>
        <w:p w:rsidR="002D6825" w:rsidRDefault="00A359AD" w:rsidP="00A359AD">
          <w:pPr>
            <w:pStyle w:val="8501B4785CB3456589534028B8E40B74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C8CF353F254323806DCCDF743DE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A1BF5-158F-46FD-AD75-37DA337FC35C}"/>
      </w:docPartPr>
      <w:docPartBody>
        <w:p w:rsidR="002D6825" w:rsidRDefault="00A359AD" w:rsidP="00A359AD">
          <w:pPr>
            <w:pStyle w:val="5BC8CF353F254323806DCCDF743DE69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362807AE4E4BB3B170056E549F3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FA097-6A0F-4BFD-938B-265D3FC5C6EB}"/>
      </w:docPartPr>
      <w:docPartBody>
        <w:p w:rsidR="002D6825" w:rsidRDefault="00A359AD" w:rsidP="00A359AD">
          <w:pPr>
            <w:pStyle w:val="0A362807AE4E4BB3B170056E549F3745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79EDA318D84AC7AF9FEE0BD58FE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1A899-6D05-4A46-8D21-7C2624EDCB83}"/>
      </w:docPartPr>
      <w:docPartBody>
        <w:p w:rsidR="002D6825" w:rsidRDefault="00A359AD" w:rsidP="00A359AD">
          <w:pPr>
            <w:pStyle w:val="0879EDA318D84AC7AF9FEE0BD58FE0F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1497A738074CB7BD574DE55DC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2DECA-301A-4EFC-9AE2-AADCC0FDCDDE}"/>
      </w:docPartPr>
      <w:docPartBody>
        <w:p w:rsidR="002D6825" w:rsidRDefault="00A359AD" w:rsidP="00A359AD">
          <w:pPr>
            <w:pStyle w:val="681497A738074CB7BD574DE55DC9FE3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A369E64E504A04AD338C155A609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F2C19-9CF9-47EC-AE20-52E9E6FFFD6D}"/>
      </w:docPartPr>
      <w:docPartBody>
        <w:p w:rsidR="002D6825" w:rsidRDefault="00A359AD" w:rsidP="00A359AD">
          <w:pPr>
            <w:pStyle w:val="34A369E64E504A04AD338C155A60953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1976C68A7B4475974B7C8799F1B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2CFAB-69D2-4306-9110-56EB6BC2ABFC}"/>
      </w:docPartPr>
      <w:docPartBody>
        <w:p w:rsidR="002D6825" w:rsidRDefault="00A359AD" w:rsidP="00A359AD">
          <w:pPr>
            <w:pStyle w:val="501976C68A7B4475974B7C8799F1B72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3AD40A07304E2DAE69C92C072B4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19514-C297-4845-AE6F-6D065344A2B4}"/>
      </w:docPartPr>
      <w:docPartBody>
        <w:p w:rsidR="002D6825" w:rsidRDefault="00A359AD" w:rsidP="00A359AD">
          <w:pPr>
            <w:pStyle w:val="F63AD40A07304E2DAE69C92C072B4E11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B92761B77E475ABC4918D043115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CA426-9DD4-4734-813F-6385749D53D6}"/>
      </w:docPartPr>
      <w:docPartBody>
        <w:p w:rsidR="002D6825" w:rsidRDefault="00A359AD" w:rsidP="00A359AD">
          <w:pPr>
            <w:pStyle w:val="F5B92761B77E475ABC4918D0431155CA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1782BF772C4685AA06AB40229BF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A56E4-393B-4128-B366-66D296A34C5A}"/>
      </w:docPartPr>
      <w:docPartBody>
        <w:p w:rsidR="002D6825" w:rsidRDefault="00A359AD" w:rsidP="00A359AD">
          <w:pPr>
            <w:pStyle w:val="5F1782BF772C4685AA06AB40229BF19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91848C102B4406B435A2544AC4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51B68-FD0E-4886-B710-2965D303D881}"/>
      </w:docPartPr>
      <w:docPartBody>
        <w:p w:rsidR="002D6825" w:rsidRDefault="00A359AD" w:rsidP="00A359AD">
          <w:pPr>
            <w:pStyle w:val="1E91848C102B4406B435A2544AC4ACA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8444732DB548A8B29D051A8C5F3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33E6D-5317-4E6A-873B-4EF723ADA2A6}"/>
      </w:docPartPr>
      <w:docPartBody>
        <w:p w:rsidR="002D6825" w:rsidRDefault="00A359AD" w:rsidP="00A359AD">
          <w:pPr>
            <w:pStyle w:val="5C8444732DB548A8B29D051A8C5F3AE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92FD2858EA4FBD878AF1DAF801F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3A25B-3179-436A-9E0B-CED6E4019D5D}"/>
      </w:docPartPr>
      <w:docPartBody>
        <w:p w:rsidR="002D6825" w:rsidRDefault="00A359AD" w:rsidP="00A359AD">
          <w:pPr>
            <w:pStyle w:val="C092FD2858EA4FBD878AF1DAF801F1F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53895217FC492C93A3D187C71C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C3FFF-610B-4542-9587-C27C9577495F}"/>
      </w:docPartPr>
      <w:docPartBody>
        <w:p w:rsidR="002D6825" w:rsidRDefault="00A359AD" w:rsidP="00A359AD">
          <w:pPr>
            <w:pStyle w:val="1F53895217FC492C93A3D187C71C4CD5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CDE198FD534B6CB9D60CFA48665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1B6BA-7BAD-4FAF-838B-0AE023A12F15}"/>
      </w:docPartPr>
      <w:docPartBody>
        <w:p w:rsidR="002D6825" w:rsidRDefault="00A359AD" w:rsidP="00A359AD">
          <w:pPr>
            <w:pStyle w:val="41CDE198FD534B6CB9D60CFA48665D61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3468A5999D49E68E0DB5A411CFB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5C14F-25E7-4492-BE54-DBEB346C6088}"/>
      </w:docPartPr>
      <w:docPartBody>
        <w:p w:rsidR="002D6825" w:rsidRDefault="00A359AD" w:rsidP="00A359AD">
          <w:pPr>
            <w:pStyle w:val="DA3468A5999D49E68E0DB5A411CFB2F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146BD7A57A459AAA878B84A2D2E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0073F-F13F-4136-85FF-9ADA4D84D6A1}"/>
      </w:docPartPr>
      <w:docPartBody>
        <w:p w:rsidR="002D6825" w:rsidRDefault="00A359AD" w:rsidP="00A359AD">
          <w:pPr>
            <w:pStyle w:val="1E146BD7A57A459AAA878B84A2D2EBF1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B17A6046A4538BFD8443CF4F2F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604D3-DAE9-469A-81E0-A09C5C75C97C}"/>
      </w:docPartPr>
      <w:docPartBody>
        <w:p w:rsidR="002D6825" w:rsidRDefault="00A359AD" w:rsidP="00A359AD">
          <w:pPr>
            <w:pStyle w:val="C77B17A6046A4538BFD8443CF4F2FCB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B3A1244654820BF115BD6AE4C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65B2-A783-41B5-874B-D2A9939E931F}"/>
      </w:docPartPr>
      <w:docPartBody>
        <w:p w:rsidR="002D6825" w:rsidRDefault="00A359AD" w:rsidP="00A359AD">
          <w:pPr>
            <w:pStyle w:val="7CFB3A1244654820BF115BD6AE4C1EE0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F4C1C7C3E49EE9F5F5D365BAB7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030BB-4039-41A3-B0FC-FA1160E419BF}"/>
      </w:docPartPr>
      <w:docPartBody>
        <w:p w:rsidR="002D6825" w:rsidRDefault="00A359AD" w:rsidP="00A359AD">
          <w:pPr>
            <w:pStyle w:val="7ECF4C1C7C3E49EE9F5F5D365BAB7349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CC02B13054F62AE63BF1901777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9124C-919D-444A-BC92-A621A6C974B4}"/>
      </w:docPartPr>
      <w:docPartBody>
        <w:p w:rsidR="002D6825" w:rsidRDefault="00A359AD" w:rsidP="00A359AD">
          <w:pPr>
            <w:pStyle w:val="920CC02B13054F62AE63BF1901777D9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12F120C57E44EE8C1521183224F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234AA-F6A0-479C-BA9C-9C42CAC251F2}"/>
      </w:docPartPr>
      <w:docPartBody>
        <w:p w:rsidR="002D6825" w:rsidRDefault="00A359AD" w:rsidP="00A359AD">
          <w:pPr>
            <w:pStyle w:val="F912F120C57E44EE8C1521183224FFF9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D652288D1459892E38DBDCE9C2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4245A-D658-4102-883D-0358131FC9DA}"/>
      </w:docPartPr>
      <w:docPartBody>
        <w:p w:rsidR="002D6825" w:rsidRDefault="00A359AD" w:rsidP="00A359AD">
          <w:pPr>
            <w:pStyle w:val="729D652288D1459892E38DBDCE9C2DC6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5CA8AF38E74C88AF5963F209289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913F-F88C-43D1-A84C-45EAE2F43830}"/>
      </w:docPartPr>
      <w:docPartBody>
        <w:p w:rsidR="002D6825" w:rsidRDefault="00A359AD" w:rsidP="00A359AD">
          <w:pPr>
            <w:pStyle w:val="E05CA8AF38E74C88AF5963F2092899B9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59AFA523864B4DB8907D738B6C0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5001F-B5ED-4BAD-9B03-5294437304E7}"/>
      </w:docPartPr>
      <w:docPartBody>
        <w:p w:rsidR="002D6825" w:rsidRDefault="00A359AD" w:rsidP="00A359AD">
          <w:pPr>
            <w:pStyle w:val="7959AFA523864B4DB8907D738B6C0945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959F20B78947CDB6F561AF71443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8E811-92A7-4D85-88A9-F579D1AC7814}"/>
      </w:docPartPr>
      <w:docPartBody>
        <w:p w:rsidR="002D6825" w:rsidRDefault="00A359AD" w:rsidP="00A359AD">
          <w:pPr>
            <w:pStyle w:val="BD959F20B78947CDB6F561AF714434E0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62BEF96F1C4437B76271F806E84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1EB3E-3D7A-4B19-9131-6F6B5A9426F8}"/>
      </w:docPartPr>
      <w:docPartBody>
        <w:p w:rsidR="002D6825" w:rsidRDefault="00A359AD" w:rsidP="00A359AD">
          <w:pPr>
            <w:pStyle w:val="5562BEF96F1C4437B76271F806E84495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0FC73114A54155BB5EF1B6505A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C4BF4-5F3F-4687-A980-DF586F144531}"/>
      </w:docPartPr>
      <w:docPartBody>
        <w:p w:rsidR="002D6825" w:rsidRDefault="00A359AD" w:rsidP="00A359AD">
          <w:pPr>
            <w:pStyle w:val="FC0FC73114A54155BB5EF1B6505A2F6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E0C2BFF3E84691857014062DAA8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D2767-D1AD-459E-9769-EB7946A873F1}"/>
      </w:docPartPr>
      <w:docPartBody>
        <w:p w:rsidR="002D6825" w:rsidRDefault="00A359AD" w:rsidP="00A359AD">
          <w:pPr>
            <w:pStyle w:val="8EE0C2BFF3E84691857014062DAA8483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9778900047431ABBFAD029FB426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45F2E-0E2F-4C11-968E-172ADAFC2165}"/>
      </w:docPartPr>
      <w:docPartBody>
        <w:p w:rsidR="002D6825" w:rsidRDefault="00A359AD" w:rsidP="00A359AD">
          <w:pPr>
            <w:pStyle w:val="F69778900047431ABBFAD029FB4260E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1B1AC9F05C45CCBE09E704F53ED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8C927-72A4-4018-B4C6-C973EC380709}"/>
      </w:docPartPr>
      <w:docPartBody>
        <w:p w:rsidR="002D6825" w:rsidRDefault="00A359AD" w:rsidP="00A359AD">
          <w:pPr>
            <w:pStyle w:val="CA1B1AC9F05C45CCBE09E704F53ED05B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8C265AD24CEF8E17AF9A98329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7AB31-5BFD-45B2-9447-98D0DA93A57E}"/>
      </w:docPartPr>
      <w:docPartBody>
        <w:p w:rsidR="002D6825" w:rsidRDefault="00A359AD" w:rsidP="00A359AD">
          <w:pPr>
            <w:pStyle w:val="85718C265AD24CEF8E17AF9A983294B7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5575D89B844E98FDF982EE8130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CFCD8-0ED8-4633-B26E-F47B85883085}"/>
      </w:docPartPr>
      <w:docPartBody>
        <w:p w:rsidR="002D6825" w:rsidRDefault="00A359AD" w:rsidP="00A359AD">
          <w:pPr>
            <w:pStyle w:val="C775575D89B844E98FDF982EE8130370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57DDD3B18B4B16B69EB5F8BA68C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A88A9-304F-48B2-A1CB-7BF55CCBAE1D}"/>
      </w:docPartPr>
      <w:docPartBody>
        <w:p w:rsidR="002D6825" w:rsidRDefault="00A359AD" w:rsidP="00A359AD">
          <w:pPr>
            <w:pStyle w:val="5D57DDD3B18B4B16B69EB5F8BA68CF3A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5449E4B71745FA89292487871B7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6DD0D-D7D5-4C1F-AF13-E688F2726E2D}"/>
      </w:docPartPr>
      <w:docPartBody>
        <w:p w:rsidR="002D6825" w:rsidRDefault="00A359AD" w:rsidP="00A359AD">
          <w:pPr>
            <w:pStyle w:val="025449E4B71745FA89292487871B7DE1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378B9DF2D44B1A8231F837B34FB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A7AB2-2879-4439-8FFC-3D7A185BD379}"/>
      </w:docPartPr>
      <w:docPartBody>
        <w:p w:rsidR="002D6825" w:rsidRDefault="00A359AD" w:rsidP="00A359AD">
          <w:pPr>
            <w:pStyle w:val="73378B9DF2D44B1A8231F837B34FB2D7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89146788B140009E634AA481E75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7EC29-9575-4F5F-AC77-54743F911FFF}"/>
      </w:docPartPr>
      <w:docPartBody>
        <w:p w:rsidR="002D6825" w:rsidRDefault="00A359AD" w:rsidP="00A359AD">
          <w:pPr>
            <w:pStyle w:val="3C89146788B140009E634AA481E7504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236B489C704D769A8D45D2A5000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78831-92E5-4490-8FE7-E2ED1FAE144E}"/>
      </w:docPartPr>
      <w:docPartBody>
        <w:p w:rsidR="002D6825" w:rsidRDefault="00A359AD" w:rsidP="00A359AD">
          <w:pPr>
            <w:pStyle w:val="79236B489C704D769A8D45D2A5000B0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EC767F543649B9B9459E4BBBE7D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1F368-AEE2-4CC5-9735-8571CBCC934D}"/>
      </w:docPartPr>
      <w:docPartBody>
        <w:p w:rsidR="002D6825" w:rsidRDefault="00A359AD" w:rsidP="00A359AD">
          <w:pPr>
            <w:pStyle w:val="25EC767F543649B9B9459E4BBBE7D15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04465CF12945FAB2F39050BC890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71DEE-91CE-4B42-A2B3-B2C743786AA6}"/>
      </w:docPartPr>
      <w:docPartBody>
        <w:p w:rsidR="002D6825" w:rsidRDefault="00A359AD" w:rsidP="00A359AD">
          <w:pPr>
            <w:pStyle w:val="6404465CF12945FAB2F39050BC8909A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D72FFF5DC7487B87E3496E95A35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57CCF-A397-428B-BF02-5EC261B59BC1}"/>
      </w:docPartPr>
      <w:docPartBody>
        <w:p w:rsidR="002D6825" w:rsidRDefault="00A359AD" w:rsidP="00A359AD">
          <w:pPr>
            <w:pStyle w:val="3FD72FFF5DC7487B87E3496E95A35CFF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EB60871A994ED296D52D0EB4707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14CF6-78AD-4229-97F1-A6E08074F73D}"/>
      </w:docPartPr>
      <w:docPartBody>
        <w:p w:rsidR="002D6825" w:rsidRDefault="00A359AD" w:rsidP="00A359AD">
          <w:pPr>
            <w:pStyle w:val="80EB60871A994ED296D52D0EB470751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49326FEB364951B0293CE1A7414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276BF-CC12-45E1-B1C6-1364BA0968E2}"/>
      </w:docPartPr>
      <w:docPartBody>
        <w:p w:rsidR="002D6825" w:rsidRDefault="00A359AD" w:rsidP="00A359AD">
          <w:pPr>
            <w:pStyle w:val="8549326FEB364951B0293CE1A741453D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3D78DF1FD34EE097A18BD53A21B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BEC47-BE74-4A20-A1A6-3DD8BEDA933C}"/>
      </w:docPartPr>
      <w:docPartBody>
        <w:p w:rsidR="002D6825" w:rsidRDefault="00A359AD" w:rsidP="00A359AD">
          <w:pPr>
            <w:pStyle w:val="C93D78DF1FD34EE097A18BD53A21B193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461BBDA17F43F296D27DA6DE1FD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3F938-ED54-4B1D-8618-1437336F6059}"/>
      </w:docPartPr>
      <w:docPartBody>
        <w:p w:rsidR="002D6825" w:rsidRDefault="00A359AD" w:rsidP="00A359AD">
          <w:pPr>
            <w:pStyle w:val="E6461BBDA17F43F296D27DA6DE1FD02C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591163630C4AEDA490A9B31292F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8AEFB-760B-4C12-9F78-C224007C0ECF}"/>
      </w:docPartPr>
      <w:docPartBody>
        <w:p w:rsidR="002D6825" w:rsidRDefault="00A359AD" w:rsidP="00A359AD">
          <w:pPr>
            <w:pStyle w:val="A2591163630C4AEDA490A9B31292F1EE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6A43AF6D824E0BAEF5CA43A791E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F10DB-4B7D-4A29-9A0E-A81A0FE3EBCD}"/>
      </w:docPartPr>
      <w:docPartBody>
        <w:p w:rsidR="002D6825" w:rsidRDefault="00A359AD" w:rsidP="00A359AD">
          <w:pPr>
            <w:pStyle w:val="D16A43AF6D824E0BAEF5CA43A791EE77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7D7A3A8F146879754FC5DDD793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2E071-AF22-490F-A822-22B141EC3DE9}"/>
      </w:docPartPr>
      <w:docPartBody>
        <w:p w:rsidR="002D6825" w:rsidRDefault="00A359AD" w:rsidP="00A359AD">
          <w:pPr>
            <w:pStyle w:val="A827D7A3A8F146879754FC5DDD793042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17956C02A8446C96750037E5BF9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86D4F-97BC-4684-9920-6E48A5EC457E}"/>
      </w:docPartPr>
      <w:docPartBody>
        <w:p w:rsidR="002D6825" w:rsidRDefault="00A359AD" w:rsidP="00A359AD">
          <w:pPr>
            <w:pStyle w:val="0F17956C02A8446C96750037E5BF93A8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18661F98864B75A9EC946BFFBA4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7C7F1-8735-4B69-B56A-72F7D0A7E175}"/>
      </w:docPartPr>
      <w:docPartBody>
        <w:p w:rsidR="002D6825" w:rsidRDefault="00A359AD" w:rsidP="00A359AD">
          <w:pPr>
            <w:pStyle w:val="9618661F98864B75A9EC946BFFBA4FE9"/>
          </w:pPr>
          <w:r w:rsidRPr="005B67C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AD"/>
    <w:rsid w:val="00251AAA"/>
    <w:rsid w:val="002D6825"/>
    <w:rsid w:val="00644837"/>
    <w:rsid w:val="00A359AD"/>
    <w:rsid w:val="00AD017F"/>
    <w:rsid w:val="00C2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9AD"/>
    <w:rPr>
      <w:color w:val="666666"/>
    </w:rPr>
  </w:style>
  <w:style w:type="paragraph" w:customStyle="1" w:styleId="1322EC402F1C41C6A3B41AFD80F0A77C">
    <w:name w:val="1322EC402F1C41C6A3B41AFD80F0A77C"/>
    <w:rsid w:val="00A359AD"/>
  </w:style>
  <w:style w:type="paragraph" w:customStyle="1" w:styleId="10709AAC70034335B8B0C43D4A18E582">
    <w:name w:val="10709AAC70034335B8B0C43D4A18E582"/>
    <w:rsid w:val="00A359AD"/>
  </w:style>
  <w:style w:type="paragraph" w:customStyle="1" w:styleId="005D77D4BC9D47819BD335207FABF193">
    <w:name w:val="005D77D4BC9D47819BD335207FABF193"/>
    <w:rsid w:val="00A359AD"/>
  </w:style>
  <w:style w:type="paragraph" w:customStyle="1" w:styleId="C99846FE53EF453FAF0B6506622107FC">
    <w:name w:val="C99846FE53EF453FAF0B6506622107FC"/>
    <w:rsid w:val="00A359AD"/>
  </w:style>
  <w:style w:type="paragraph" w:customStyle="1" w:styleId="060722ADFC0C4557BA2DA2B321579ECA">
    <w:name w:val="060722ADFC0C4557BA2DA2B321579ECA"/>
    <w:rsid w:val="00A359AD"/>
  </w:style>
  <w:style w:type="paragraph" w:customStyle="1" w:styleId="EF42AA5C628545FFB3341AF0DCDB3921">
    <w:name w:val="EF42AA5C628545FFB3341AF0DCDB3921"/>
    <w:rsid w:val="00A359AD"/>
  </w:style>
  <w:style w:type="paragraph" w:customStyle="1" w:styleId="A024ABEF16E24439901407136AF3ECA2">
    <w:name w:val="A024ABEF16E24439901407136AF3ECA2"/>
    <w:rsid w:val="00A359AD"/>
  </w:style>
  <w:style w:type="paragraph" w:customStyle="1" w:styleId="E316D93D2B30406C849FCF9A60F6568D">
    <w:name w:val="E316D93D2B30406C849FCF9A60F6568D"/>
    <w:rsid w:val="00A359AD"/>
  </w:style>
  <w:style w:type="paragraph" w:customStyle="1" w:styleId="938FA2FAF4AA45B98BE13AB4BB55684F">
    <w:name w:val="938FA2FAF4AA45B98BE13AB4BB55684F"/>
    <w:rsid w:val="00A359AD"/>
  </w:style>
  <w:style w:type="paragraph" w:customStyle="1" w:styleId="ABC0CE63661E4AFB88355DE8DBEA108B">
    <w:name w:val="ABC0CE63661E4AFB88355DE8DBEA108B"/>
    <w:rsid w:val="00A359AD"/>
  </w:style>
  <w:style w:type="paragraph" w:customStyle="1" w:styleId="5A96CF3C40924DE587436E4D9BAE0DEA">
    <w:name w:val="5A96CF3C40924DE587436E4D9BAE0DEA"/>
    <w:rsid w:val="00A359AD"/>
  </w:style>
  <w:style w:type="paragraph" w:customStyle="1" w:styleId="1B19D0A0DAE444E79F6AEB82ADDC5934">
    <w:name w:val="1B19D0A0DAE444E79F6AEB82ADDC5934"/>
    <w:rsid w:val="00A359AD"/>
  </w:style>
  <w:style w:type="paragraph" w:customStyle="1" w:styleId="7B58D4B0F61F484A99571C6B7912F1F9">
    <w:name w:val="7B58D4B0F61F484A99571C6B7912F1F9"/>
    <w:rsid w:val="00A359AD"/>
  </w:style>
  <w:style w:type="paragraph" w:customStyle="1" w:styleId="7F567A03E8F042CA899AC369ADADCF20">
    <w:name w:val="7F567A03E8F042CA899AC369ADADCF20"/>
    <w:rsid w:val="00A359AD"/>
  </w:style>
  <w:style w:type="paragraph" w:customStyle="1" w:styleId="82E03AD0548A4EDE8C83C5E292D186DB">
    <w:name w:val="82E03AD0548A4EDE8C83C5E292D186DB"/>
    <w:rsid w:val="00A359AD"/>
  </w:style>
  <w:style w:type="paragraph" w:customStyle="1" w:styleId="4C8588F0CEBA443CAD9B2D084E704FC3">
    <w:name w:val="4C8588F0CEBA443CAD9B2D084E704FC3"/>
    <w:rsid w:val="00A359AD"/>
  </w:style>
  <w:style w:type="paragraph" w:customStyle="1" w:styleId="D15EE88977084225A519BF3CFEFB6104">
    <w:name w:val="D15EE88977084225A519BF3CFEFB6104"/>
    <w:rsid w:val="00A359AD"/>
  </w:style>
  <w:style w:type="paragraph" w:customStyle="1" w:styleId="D9910857E1BD4401A4EFD2248763070E">
    <w:name w:val="D9910857E1BD4401A4EFD2248763070E"/>
    <w:rsid w:val="00A359AD"/>
  </w:style>
  <w:style w:type="paragraph" w:customStyle="1" w:styleId="B0E0310A5B7040E89557520E41C9208E">
    <w:name w:val="B0E0310A5B7040E89557520E41C9208E"/>
    <w:rsid w:val="00A359AD"/>
  </w:style>
  <w:style w:type="paragraph" w:customStyle="1" w:styleId="6910824BB67044C8BFF49496DA63C4D3">
    <w:name w:val="6910824BB67044C8BFF49496DA63C4D3"/>
    <w:rsid w:val="00A359AD"/>
  </w:style>
  <w:style w:type="paragraph" w:customStyle="1" w:styleId="F369C33ADBBD4EAB8396EF6E514DFBBC">
    <w:name w:val="F369C33ADBBD4EAB8396EF6E514DFBBC"/>
    <w:rsid w:val="00A359AD"/>
  </w:style>
  <w:style w:type="paragraph" w:customStyle="1" w:styleId="73D6D1937D3D45B09CC305316ECF8290">
    <w:name w:val="73D6D1937D3D45B09CC305316ECF8290"/>
    <w:rsid w:val="00A359AD"/>
  </w:style>
  <w:style w:type="paragraph" w:customStyle="1" w:styleId="75FC1CB59FC74DFEACB1BAA6A5862DCF">
    <w:name w:val="75FC1CB59FC74DFEACB1BAA6A5862DCF"/>
    <w:rsid w:val="00A359AD"/>
  </w:style>
  <w:style w:type="paragraph" w:customStyle="1" w:styleId="9D9AD754CF9145B5A9D1812223F635FB">
    <w:name w:val="9D9AD754CF9145B5A9D1812223F635FB"/>
    <w:rsid w:val="00A359AD"/>
  </w:style>
  <w:style w:type="paragraph" w:customStyle="1" w:styleId="A0ED82487ECA471A89DA59B43390A027">
    <w:name w:val="A0ED82487ECA471A89DA59B43390A027"/>
    <w:rsid w:val="00A359AD"/>
  </w:style>
  <w:style w:type="paragraph" w:customStyle="1" w:styleId="83F2CFF6C9B54C7985C07A7A348B40DD">
    <w:name w:val="83F2CFF6C9B54C7985C07A7A348B40DD"/>
    <w:rsid w:val="00A359AD"/>
  </w:style>
  <w:style w:type="paragraph" w:customStyle="1" w:styleId="8315093CD8294AD388DE2DB0F0B97405">
    <w:name w:val="8315093CD8294AD388DE2DB0F0B97405"/>
    <w:rsid w:val="00A359AD"/>
  </w:style>
  <w:style w:type="paragraph" w:customStyle="1" w:styleId="6CA04669ACE243ED86C74F232B214C6D">
    <w:name w:val="6CA04669ACE243ED86C74F232B214C6D"/>
    <w:rsid w:val="00A359AD"/>
  </w:style>
  <w:style w:type="paragraph" w:customStyle="1" w:styleId="0AD2815A6D734763B2F7E71072816C60">
    <w:name w:val="0AD2815A6D734763B2F7E71072816C60"/>
    <w:rsid w:val="00A359AD"/>
  </w:style>
  <w:style w:type="paragraph" w:customStyle="1" w:styleId="92A175E7E7CB414F99D7EFA97A0D7797">
    <w:name w:val="92A175E7E7CB414F99D7EFA97A0D7797"/>
    <w:rsid w:val="00A359AD"/>
  </w:style>
  <w:style w:type="paragraph" w:customStyle="1" w:styleId="A9F1E9B089A941BD8579B286F79DE10F">
    <w:name w:val="A9F1E9B089A941BD8579B286F79DE10F"/>
    <w:rsid w:val="00A359AD"/>
  </w:style>
  <w:style w:type="paragraph" w:customStyle="1" w:styleId="5B07FD9817E54D8E91B000337D7D6DF8">
    <w:name w:val="5B07FD9817E54D8E91B000337D7D6DF8"/>
    <w:rsid w:val="00A359AD"/>
  </w:style>
  <w:style w:type="paragraph" w:customStyle="1" w:styleId="C52FD126240C4B4FB94FEE052B4866D0">
    <w:name w:val="C52FD126240C4B4FB94FEE052B4866D0"/>
    <w:rsid w:val="00A359AD"/>
  </w:style>
  <w:style w:type="paragraph" w:customStyle="1" w:styleId="27FBBDEB74BE48F4AF1BC098B6B3F53A">
    <w:name w:val="27FBBDEB74BE48F4AF1BC098B6B3F53A"/>
    <w:rsid w:val="00A359AD"/>
  </w:style>
  <w:style w:type="paragraph" w:customStyle="1" w:styleId="B54FA2B7F51B446893701B88D18DCA23">
    <w:name w:val="B54FA2B7F51B446893701B88D18DCA23"/>
    <w:rsid w:val="00A359AD"/>
  </w:style>
  <w:style w:type="paragraph" w:customStyle="1" w:styleId="A5E919F645BB4B8C83361660999F83F2">
    <w:name w:val="A5E919F645BB4B8C83361660999F83F2"/>
    <w:rsid w:val="00A359AD"/>
  </w:style>
  <w:style w:type="paragraph" w:customStyle="1" w:styleId="B96C821E7A084913A1F5A70CA227E8F7">
    <w:name w:val="B96C821E7A084913A1F5A70CA227E8F7"/>
    <w:rsid w:val="00A359AD"/>
  </w:style>
  <w:style w:type="paragraph" w:customStyle="1" w:styleId="9C77E57FB5454275BD107766D0D523AC">
    <w:name w:val="9C77E57FB5454275BD107766D0D523AC"/>
    <w:rsid w:val="00A359AD"/>
  </w:style>
  <w:style w:type="paragraph" w:customStyle="1" w:styleId="D7688D3900584884B7B97D1C1F5075C7">
    <w:name w:val="D7688D3900584884B7B97D1C1F5075C7"/>
    <w:rsid w:val="00A359AD"/>
  </w:style>
  <w:style w:type="paragraph" w:customStyle="1" w:styleId="44138A17FDC7447EB2DA82D192A02C56">
    <w:name w:val="44138A17FDC7447EB2DA82D192A02C56"/>
    <w:rsid w:val="00A359AD"/>
  </w:style>
  <w:style w:type="paragraph" w:customStyle="1" w:styleId="4C21447528DC4E93AD10C489C62625E5">
    <w:name w:val="4C21447528DC4E93AD10C489C62625E5"/>
    <w:rsid w:val="00A359AD"/>
  </w:style>
  <w:style w:type="paragraph" w:customStyle="1" w:styleId="9A9A8377C90A454BAA97FA7DD5BAC2A2">
    <w:name w:val="9A9A8377C90A454BAA97FA7DD5BAC2A2"/>
    <w:rsid w:val="00A359AD"/>
  </w:style>
  <w:style w:type="paragraph" w:customStyle="1" w:styleId="1660BEBA893C466B88D24B4D6C64CA84">
    <w:name w:val="1660BEBA893C466B88D24B4D6C64CA84"/>
    <w:rsid w:val="00A359AD"/>
  </w:style>
  <w:style w:type="paragraph" w:customStyle="1" w:styleId="F2C80C44BF2E4536B53C7B29F05AF9AE">
    <w:name w:val="F2C80C44BF2E4536B53C7B29F05AF9AE"/>
    <w:rsid w:val="00A359AD"/>
  </w:style>
  <w:style w:type="paragraph" w:customStyle="1" w:styleId="39EB198E5BBD4972A16FB3989AD726D0">
    <w:name w:val="39EB198E5BBD4972A16FB3989AD726D0"/>
    <w:rsid w:val="00A359AD"/>
  </w:style>
  <w:style w:type="paragraph" w:customStyle="1" w:styleId="11B635D2417644D5BA27409BD890CA2C">
    <w:name w:val="11B635D2417644D5BA27409BD890CA2C"/>
    <w:rsid w:val="00A359AD"/>
  </w:style>
  <w:style w:type="paragraph" w:customStyle="1" w:styleId="9604A384BEBF4890B8C919996986E897">
    <w:name w:val="9604A384BEBF4890B8C919996986E897"/>
    <w:rsid w:val="00A359AD"/>
  </w:style>
  <w:style w:type="paragraph" w:customStyle="1" w:styleId="56BCCD293BEF47D0A6F9AA515E939DBA">
    <w:name w:val="56BCCD293BEF47D0A6F9AA515E939DBA"/>
    <w:rsid w:val="00A359AD"/>
  </w:style>
  <w:style w:type="paragraph" w:customStyle="1" w:styleId="A430337D2DC34FAE8768FD6A0673C598">
    <w:name w:val="A430337D2DC34FAE8768FD6A0673C598"/>
    <w:rsid w:val="00A359AD"/>
  </w:style>
  <w:style w:type="paragraph" w:customStyle="1" w:styleId="419DB4AE19774FDB9327F38F7C6E1ABE">
    <w:name w:val="419DB4AE19774FDB9327F38F7C6E1ABE"/>
    <w:rsid w:val="00A359AD"/>
  </w:style>
  <w:style w:type="paragraph" w:customStyle="1" w:styleId="8C9051BD644C46F6944BF4C930C0206C">
    <w:name w:val="8C9051BD644C46F6944BF4C930C0206C"/>
    <w:rsid w:val="00A359AD"/>
  </w:style>
  <w:style w:type="paragraph" w:customStyle="1" w:styleId="4D623B26029340CC9AB445835EA6964B">
    <w:name w:val="4D623B26029340CC9AB445835EA6964B"/>
    <w:rsid w:val="00A359AD"/>
  </w:style>
  <w:style w:type="paragraph" w:customStyle="1" w:styleId="D93E176CC5BB4CCA8D9361D9614FE0A8">
    <w:name w:val="D93E176CC5BB4CCA8D9361D9614FE0A8"/>
    <w:rsid w:val="00A359AD"/>
  </w:style>
  <w:style w:type="paragraph" w:customStyle="1" w:styleId="C8A16C66E104499F95C46480C8D84064">
    <w:name w:val="C8A16C66E104499F95C46480C8D84064"/>
    <w:rsid w:val="00A359AD"/>
  </w:style>
  <w:style w:type="paragraph" w:customStyle="1" w:styleId="B4B51F9BFB1342A0A9B8EF16AA895D36">
    <w:name w:val="B4B51F9BFB1342A0A9B8EF16AA895D36"/>
    <w:rsid w:val="00A359AD"/>
  </w:style>
  <w:style w:type="paragraph" w:customStyle="1" w:styleId="4B8E5E7F861D4AB8B1AFAA787FEF1B77">
    <w:name w:val="4B8E5E7F861D4AB8B1AFAA787FEF1B77"/>
    <w:rsid w:val="00A359AD"/>
  </w:style>
  <w:style w:type="paragraph" w:customStyle="1" w:styleId="E02D5D83740F408FB6484BF8FDFCCF8C">
    <w:name w:val="E02D5D83740F408FB6484BF8FDFCCF8C"/>
    <w:rsid w:val="00A359AD"/>
  </w:style>
  <w:style w:type="paragraph" w:customStyle="1" w:styleId="C4F4BA4FFD5044C289D25001AED538FE">
    <w:name w:val="C4F4BA4FFD5044C289D25001AED538FE"/>
    <w:rsid w:val="00A359AD"/>
  </w:style>
  <w:style w:type="paragraph" w:customStyle="1" w:styleId="60CD9D61794640238EDFED9BCEDFABCD">
    <w:name w:val="60CD9D61794640238EDFED9BCEDFABCD"/>
    <w:rsid w:val="00A359AD"/>
  </w:style>
  <w:style w:type="paragraph" w:customStyle="1" w:styleId="33F561CD9E7D4618B8049E4932C92491">
    <w:name w:val="33F561CD9E7D4618B8049E4932C92491"/>
    <w:rsid w:val="00A359AD"/>
  </w:style>
  <w:style w:type="paragraph" w:customStyle="1" w:styleId="C459D3E701C641538F0C6E7649479465">
    <w:name w:val="C459D3E701C641538F0C6E7649479465"/>
    <w:rsid w:val="00A359AD"/>
  </w:style>
  <w:style w:type="paragraph" w:customStyle="1" w:styleId="9B6979F4381B4C938FAF2863B3BAC27D">
    <w:name w:val="9B6979F4381B4C938FAF2863B3BAC27D"/>
    <w:rsid w:val="00A359AD"/>
  </w:style>
  <w:style w:type="paragraph" w:customStyle="1" w:styleId="C7105EEC6C844D0E81BF568A87AD2D83">
    <w:name w:val="C7105EEC6C844D0E81BF568A87AD2D83"/>
    <w:rsid w:val="00A359AD"/>
  </w:style>
  <w:style w:type="paragraph" w:customStyle="1" w:styleId="0A691B99D1724FEEA6B0D26BE9834BC3">
    <w:name w:val="0A691B99D1724FEEA6B0D26BE9834BC3"/>
    <w:rsid w:val="00A359AD"/>
  </w:style>
  <w:style w:type="paragraph" w:customStyle="1" w:styleId="C08A66F1F990427C97E39A537801DE5B">
    <w:name w:val="C08A66F1F990427C97E39A537801DE5B"/>
    <w:rsid w:val="00A359AD"/>
  </w:style>
  <w:style w:type="paragraph" w:customStyle="1" w:styleId="478F641F8ADA45789C9C1C991D6D0EAD">
    <w:name w:val="478F641F8ADA45789C9C1C991D6D0EAD"/>
    <w:rsid w:val="00A359AD"/>
  </w:style>
  <w:style w:type="paragraph" w:customStyle="1" w:styleId="45D1AC3BFC664C819DC619FBBAE44F38">
    <w:name w:val="45D1AC3BFC664C819DC619FBBAE44F38"/>
    <w:rsid w:val="00A359AD"/>
  </w:style>
  <w:style w:type="paragraph" w:customStyle="1" w:styleId="246425016D524E5D9392F263BA4AA9B4">
    <w:name w:val="246425016D524E5D9392F263BA4AA9B4"/>
    <w:rsid w:val="00A359AD"/>
  </w:style>
  <w:style w:type="paragraph" w:customStyle="1" w:styleId="21C9EA69C4F7469F9DBD0449F479BB4A">
    <w:name w:val="21C9EA69C4F7469F9DBD0449F479BB4A"/>
    <w:rsid w:val="00A359AD"/>
  </w:style>
  <w:style w:type="paragraph" w:customStyle="1" w:styleId="EBB443BBD17744319C9957A6EB1EC040">
    <w:name w:val="EBB443BBD17744319C9957A6EB1EC040"/>
    <w:rsid w:val="00A359AD"/>
  </w:style>
  <w:style w:type="paragraph" w:customStyle="1" w:styleId="3387A8E9F05B469CB52C4C4CC7EE4B06">
    <w:name w:val="3387A8E9F05B469CB52C4C4CC7EE4B06"/>
    <w:rsid w:val="00A359AD"/>
  </w:style>
  <w:style w:type="paragraph" w:customStyle="1" w:styleId="200C042971EB4AD1BFA4282AA4A989DF">
    <w:name w:val="200C042971EB4AD1BFA4282AA4A989DF"/>
    <w:rsid w:val="00A359AD"/>
  </w:style>
  <w:style w:type="paragraph" w:customStyle="1" w:styleId="5C6E5B277A60427997494CEABEC7B84E">
    <w:name w:val="5C6E5B277A60427997494CEABEC7B84E"/>
    <w:rsid w:val="00A359AD"/>
  </w:style>
  <w:style w:type="paragraph" w:customStyle="1" w:styleId="8501B4785CB3456589534028B8E40B74">
    <w:name w:val="8501B4785CB3456589534028B8E40B74"/>
    <w:rsid w:val="00A359AD"/>
  </w:style>
  <w:style w:type="paragraph" w:customStyle="1" w:styleId="5BC8CF353F254323806DCCDF743DE69B">
    <w:name w:val="5BC8CF353F254323806DCCDF743DE69B"/>
    <w:rsid w:val="00A359AD"/>
  </w:style>
  <w:style w:type="paragraph" w:customStyle="1" w:styleId="0A362807AE4E4BB3B170056E549F3745">
    <w:name w:val="0A362807AE4E4BB3B170056E549F3745"/>
    <w:rsid w:val="00A359AD"/>
  </w:style>
  <w:style w:type="paragraph" w:customStyle="1" w:styleId="0879EDA318D84AC7AF9FEE0BD58FE0FB">
    <w:name w:val="0879EDA318D84AC7AF9FEE0BD58FE0FB"/>
    <w:rsid w:val="00A359AD"/>
  </w:style>
  <w:style w:type="paragraph" w:customStyle="1" w:styleId="681497A738074CB7BD574DE55DC9FE3C">
    <w:name w:val="681497A738074CB7BD574DE55DC9FE3C"/>
    <w:rsid w:val="00A359AD"/>
  </w:style>
  <w:style w:type="paragraph" w:customStyle="1" w:styleId="34A369E64E504A04AD338C155A60953B">
    <w:name w:val="34A369E64E504A04AD338C155A60953B"/>
    <w:rsid w:val="00A359AD"/>
  </w:style>
  <w:style w:type="paragraph" w:customStyle="1" w:styleId="501976C68A7B4475974B7C8799F1B722">
    <w:name w:val="501976C68A7B4475974B7C8799F1B722"/>
    <w:rsid w:val="00A359AD"/>
  </w:style>
  <w:style w:type="paragraph" w:customStyle="1" w:styleId="F63AD40A07304E2DAE69C92C072B4E11">
    <w:name w:val="F63AD40A07304E2DAE69C92C072B4E11"/>
    <w:rsid w:val="00A359AD"/>
  </w:style>
  <w:style w:type="paragraph" w:customStyle="1" w:styleId="F5B92761B77E475ABC4918D0431155CA">
    <w:name w:val="F5B92761B77E475ABC4918D0431155CA"/>
    <w:rsid w:val="00A359AD"/>
  </w:style>
  <w:style w:type="paragraph" w:customStyle="1" w:styleId="5F1782BF772C4685AA06AB40229BF192">
    <w:name w:val="5F1782BF772C4685AA06AB40229BF192"/>
    <w:rsid w:val="00A359AD"/>
  </w:style>
  <w:style w:type="paragraph" w:customStyle="1" w:styleId="1E91848C102B4406B435A2544AC4ACA2">
    <w:name w:val="1E91848C102B4406B435A2544AC4ACA2"/>
    <w:rsid w:val="00A359AD"/>
  </w:style>
  <w:style w:type="paragraph" w:customStyle="1" w:styleId="5C8444732DB548A8B29D051A8C5F3AE2">
    <w:name w:val="5C8444732DB548A8B29D051A8C5F3AE2"/>
    <w:rsid w:val="00A359AD"/>
  </w:style>
  <w:style w:type="paragraph" w:customStyle="1" w:styleId="C092FD2858EA4FBD878AF1DAF801F1F8">
    <w:name w:val="C092FD2858EA4FBD878AF1DAF801F1F8"/>
    <w:rsid w:val="00A359AD"/>
  </w:style>
  <w:style w:type="paragraph" w:customStyle="1" w:styleId="1F53895217FC492C93A3D187C71C4CD5">
    <w:name w:val="1F53895217FC492C93A3D187C71C4CD5"/>
    <w:rsid w:val="00A359AD"/>
  </w:style>
  <w:style w:type="paragraph" w:customStyle="1" w:styleId="41CDE198FD534B6CB9D60CFA48665D61">
    <w:name w:val="41CDE198FD534B6CB9D60CFA48665D61"/>
    <w:rsid w:val="00A359AD"/>
  </w:style>
  <w:style w:type="paragraph" w:customStyle="1" w:styleId="DA3468A5999D49E68E0DB5A411CFB2FB">
    <w:name w:val="DA3468A5999D49E68E0DB5A411CFB2FB"/>
    <w:rsid w:val="00A359AD"/>
  </w:style>
  <w:style w:type="paragraph" w:customStyle="1" w:styleId="1E146BD7A57A459AAA878B84A2D2EBF1">
    <w:name w:val="1E146BD7A57A459AAA878B84A2D2EBF1"/>
    <w:rsid w:val="00A359AD"/>
  </w:style>
  <w:style w:type="paragraph" w:customStyle="1" w:styleId="C77B17A6046A4538BFD8443CF4F2FCBE">
    <w:name w:val="C77B17A6046A4538BFD8443CF4F2FCBE"/>
    <w:rsid w:val="00A359AD"/>
  </w:style>
  <w:style w:type="paragraph" w:customStyle="1" w:styleId="7CFB3A1244654820BF115BD6AE4C1EE0">
    <w:name w:val="7CFB3A1244654820BF115BD6AE4C1EE0"/>
    <w:rsid w:val="00A359AD"/>
  </w:style>
  <w:style w:type="paragraph" w:customStyle="1" w:styleId="7ECF4C1C7C3E49EE9F5F5D365BAB7349">
    <w:name w:val="7ECF4C1C7C3E49EE9F5F5D365BAB7349"/>
    <w:rsid w:val="00A359AD"/>
  </w:style>
  <w:style w:type="paragraph" w:customStyle="1" w:styleId="920CC02B13054F62AE63BF1901777D9C">
    <w:name w:val="920CC02B13054F62AE63BF1901777D9C"/>
    <w:rsid w:val="00A359AD"/>
  </w:style>
  <w:style w:type="paragraph" w:customStyle="1" w:styleId="F912F120C57E44EE8C1521183224FFF9">
    <w:name w:val="F912F120C57E44EE8C1521183224FFF9"/>
    <w:rsid w:val="00A359AD"/>
  </w:style>
  <w:style w:type="paragraph" w:customStyle="1" w:styleId="729D652288D1459892E38DBDCE9C2DC6">
    <w:name w:val="729D652288D1459892E38DBDCE9C2DC6"/>
    <w:rsid w:val="00A359AD"/>
  </w:style>
  <w:style w:type="paragraph" w:customStyle="1" w:styleId="E05CA8AF38E74C88AF5963F2092899B9">
    <w:name w:val="E05CA8AF38E74C88AF5963F2092899B9"/>
    <w:rsid w:val="00A359AD"/>
  </w:style>
  <w:style w:type="paragraph" w:customStyle="1" w:styleId="7959AFA523864B4DB8907D738B6C0945">
    <w:name w:val="7959AFA523864B4DB8907D738B6C0945"/>
    <w:rsid w:val="00A359AD"/>
  </w:style>
  <w:style w:type="paragraph" w:customStyle="1" w:styleId="BD959F20B78947CDB6F561AF714434E0">
    <w:name w:val="BD959F20B78947CDB6F561AF714434E0"/>
    <w:rsid w:val="00A359AD"/>
  </w:style>
  <w:style w:type="paragraph" w:customStyle="1" w:styleId="5562BEF96F1C4437B76271F806E84495">
    <w:name w:val="5562BEF96F1C4437B76271F806E84495"/>
    <w:rsid w:val="00A359AD"/>
  </w:style>
  <w:style w:type="paragraph" w:customStyle="1" w:styleId="FC0FC73114A54155BB5EF1B6505A2F6E">
    <w:name w:val="FC0FC73114A54155BB5EF1B6505A2F6E"/>
    <w:rsid w:val="00A359AD"/>
  </w:style>
  <w:style w:type="paragraph" w:customStyle="1" w:styleId="8EE0C2BFF3E84691857014062DAA8483">
    <w:name w:val="8EE0C2BFF3E84691857014062DAA8483"/>
    <w:rsid w:val="00A359AD"/>
  </w:style>
  <w:style w:type="paragraph" w:customStyle="1" w:styleId="F69778900047431ABBFAD029FB4260E8">
    <w:name w:val="F69778900047431ABBFAD029FB4260E8"/>
    <w:rsid w:val="00A359AD"/>
  </w:style>
  <w:style w:type="paragraph" w:customStyle="1" w:styleId="CA1B1AC9F05C45CCBE09E704F53ED05B">
    <w:name w:val="CA1B1AC9F05C45CCBE09E704F53ED05B"/>
    <w:rsid w:val="00A359AD"/>
  </w:style>
  <w:style w:type="paragraph" w:customStyle="1" w:styleId="85718C265AD24CEF8E17AF9A983294B7">
    <w:name w:val="85718C265AD24CEF8E17AF9A983294B7"/>
    <w:rsid w:val="00A359AD"/>
  </w:style>
  <w:style w:type="paragraph" w:customStyle="1" w:styleId="C775575D89B844E98FDF982EE8130370">
    <w:name w:val="C775575D89B844E98FDF982EE8130370"/>
    <w:rsid w:val="00A359AD"/>
  </w:style>
  <w:style w:type="paragraph" w:customStyle="1" w:styleId="5D57DDD3B18B4B16B69EB5F8BA68CF3A">
    <w:name w:val="5D57DDD3B18B4B16B69EB5F8BA68CF3A"/>
    <w:rsid w:val="00A359AD"/>
  </w:style>
  <w:style w:type="paragraph" w:customStyle="1" w:styleId="025449E4B71745FA89292487871B7DE1">
    <w:name w:val="025449E4B71745FA89292487871B7DE1"/>
    <w:rsid w:val="00A359AD"/>
  </w:style>
  <w:style w:type="paragraph" w:customStyle="1" w:styleId="73378B9DF2D44B1A8231F837B34FB2D7">
    <w:name w:val="73378B9DF2D44B1A8231F837B34FB2D7"/>
    <w:rsid w:val="00A359AD"/>
  </w:style>
  <w:style w:type="paragraph" w:customStyle="1" w:styleId="3C89146788B140009E634AA481E75048">
    <w:name w:val="3C89146788B140009E634AA481E75048"/>
    <w:rsid w:val="00A359AD"/>
  </w:style>
  <w:style w:type="paragraph" w:customStyle="1" w:styleId="79236B489C704D769A8D45D2A5000B02">
    <w:name w:val="79236B489C704D769A8D45D2A5000B02"/>
    <w:rsid w:val="00A359AD"/>
  </w:style>
  <w:style w:type="paragraph" w:customStyle="1" w:styleId="25EC767F543649B9B9459E4BBBE7D158">
    <w:name w:val="25EC767F543649B9B9459E4BBBE7D158"/>
    <w:rsid w:val="00A359AD"/>
  </w:style>
  <w:style w:type="paragraph" w:customStyle="1" w:styleId="6404465CF12945FAB2F39050BC8909AE">
    <w:name w:val="6404465CF12945FAB2F39050BC8909AE"/>
    <w:rsid w:val="00A359AD"/>
  </w:style>
  <w:style w:type="paragraph" w:customStyle="1" w:styleId="3FD72FFF5DC7487B87E3496E95A35CFF">
    <w:name w:val="3FD72FFF5DC7487B87E3496E95A35CFF"/>
    <w:rsid w:val="00A359AD"/>
  </w:style>
  <w:style w:type="paragraph" w:customStyle="1" w:styleId="80EB60871A994ED296D52D0EB4707518">
    <w:name w:val="80EB60871A994ED296D52D0EB4707518"/>
    <w:rsid w:val="00A359AD"/>
  </w:style>
  <w:style w:type="paragraph" w:customStyle="1" w:styleId="8549326FEB364951B0293CE1A741453D">
    <w:name w:val="8549326FEB364951B0293CE1A741453D"/>
    <w:rsid w:val="00A359AD"/>
  </w:style>
  <w:style w:type="paragraph" w:customStyle="1" w:styleId="C93D78DF1FD34EE097A18BD53A21B193">
    <w:name w:val="C93D78DF1FD34EE097A18BD53A21B193"/>
    <w:rsid w:val="00A359AD"/>
  </w:style>
  <w:style w:type="paragraph" w:customStyle="1" w:styleId="E6461BBDA17F43F296D27DA6DE1FD02C">
    <w:name w:val="E6461BBDA17F43F296D27DA6DE1FD02C"/>
    <w:rsid w:val="00A359AD"/>
  </w:style>
  <w:style w:type="paragraph" w:customStyle="1" w:styleId="A2591163630C4AEDA490A9B31292F1EE">
    <w:name w:val="A2591163630C4AEDA490A9B31292F1EE"/>
    <w:rsid w:val="00A359AD"/>
  </w:style>
  <w:style w:type="paragraph" w:customStyle="1" w:styleId="D16A43AF6D824E0BAEF5CA43A791EE77">
    <w:name w:val="D16A43AF6D824E0BAEF5CA43A791EE77"/>
    <w:rsid w:val="00A359AD"/>
  </w:style>
  <w:style w:type="paragraph" w:customStyle="1" w:styleId="A827D7A3A8F146879754FC5DDD793042">
    <w:name w:val="A827D7A3A8F146879754FC5DDD793042"/>
    <w:rsid w:val="00A359AD"/>
  </w:style>
  <w:style w:type="paragraph" w:customStyle="1" w:styleId="0F17956C02A8446C96750037E5BF93A8">
    <w:name w:val="0F17956C02A8446C96750037E5BF93A8"/>
    <w:rsid w:val="00A359AD"/>
  </w:style>
  <w:style w:type="paragraph" w:customStyle="1" w:styleId="9618661F98864B75A9EC946BFFBA4FE9">
    <w:name w:val="9618661F98864B75A9EC946BFFBA4FE9"/>
    <w:rsid w:val="00A359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15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Deer Management Tender Submission Form</dc:title>
  <dc:subject>Tender submission form for deer management services</dc:subject>
  <dc:creator>North West Mull Community Woodland Company Ltd</dc:creator>
  <cp:keywords>deer management, tender, NWMCWC</cp:keywords>
  <dc:description/>
  <cp:lastModifiedBy>Alicja Newbrook</cp:lastModifiedBy>
  <cp:revision>58</cp:revision>
  <dcterms:created xsi:type="dcterms:W3CDTF">2026-07-29T15:29:00Z</dcterms:created>
  <dcterms:modified xsi:type="dcterms:W3CDTF">2026-08-13T07:05:00Z</dcterms:modified>
  <cp:category/>
</cp:coreProperties>
</file>